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New Mexico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includes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New Mexico Uniform Probate Code and the New Mexico Uniform Trust Code, as applicable,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New Mexico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swear or affirm under penalty of perjury on this [date] day of [month], [year], that I request [name of witness 1] and [name of witness 2] to act as witnesses to my Will; that I declare them and the undersigned authority that this document is my Will; that I sign this Will in the presence of both witnesses; that they sign the Will as witnesses in my presence and in the presence of each other; that the Will was read by me (or read and explained to me) after being prepared and before I sign it; that it clearly and accurately expresses my wishes; that I sign it willingly (or willingly directed another to sign for me); that I make and sign the Will as my free and voluntary act for the purposes expressed in the Will; that I am eighteen years of age or older; that I am mentally capable of disposing of my estate by Will; and that I am not acting under duress, menace, fraud, or undue influence of any person.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1], the witnesses, do hereby swear or affirm under penalty of perjury on this [date] day of [month], [year], to the undersigned authority that the Testator, [name of testator], declares that the attached document is the Testator's Will; that the Testator signs it willingly (or willingly directs another to sign for the Testator); that the Testator signs it in the presence of both of us and requests both of us to sign as witnesses; that each of us, in the presence of the Testator and in the presence of each other, signs this Will as witness to the Testator's signing; that so far as we can determine, the Testator is eighteen years of age or older; that the Testator is not acting under duress, menace, fraud, or undue influence of any person; and that the Testator, in our opinion, is mentally capable of disposing of the Testator's estate by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or affirmed under penalty of perjury, and acknowledged before me by [name of testator], the Testator, and subscribed and sworn to, or affirmed under penalty of perjury, before me by [name of witness 1] and [name of witness 2], witnesses, this [date]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New Mexico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