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LAST WILL of [NAME OF TESTATOR]</w:t>
      </w:r>
    </w:p>
    <w:p>
      <w:pPr>
        <w:keepNext w:val="0"/>
        <w:spacing w:before="200" w:after="0" w:line="260" w:lineRule="exact"/>
        <w:ind w:left="108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Executor shall have complete discretion in deciding which particular properties are to be used for payment of debts, taxes, and other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but only to the extent imposed upon property passing under my Will, together with interest and penalties on those taxes, shall be charged against and paid without apportionment out of my Residuary Estate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tangible personal property, as defined below, and the persons to whom I give such tangible personal property.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request my Executor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Executor's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Executor to make the decision. If, in the sole judgment of my Executor, any such beneficiary is too young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selection, I authorize my Executor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delivery of any articles, I authorize my Executor, in the Executor's discretion, to deliver the articles either directly to the beneficiary, or to the beneficiary's guardian, or to the person having the care and custody of the beneficiary,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receipt from the beneficiary or guardian or other person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acquittance to my Executor with respect to the bequest.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Executor, in the Executor's sole discretion, may sell, donate, or otherwise dispose of any articles not selected, and the sale proceeds, if any, shall be added to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this Article at such individual's residence or place of business shall be paid by [my Executor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Executor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sell such property (the extent of said reasonable effort being in the Executor's sole discretion), with the proceeds of any sold items added to my Residuary Estate, and to then donate or discard any remaining property, in the Executor's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shall be distributed outright to such beneficiary. Notwithstanding the foregoing, if any such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State of Washington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hereunder]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it appears to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that any beneficiary is incapacitated, incompetent, or for any other reason not able to receive payments or make intelligent or responsible use of the payments, then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in lieu of making direct payments to the beneficiary, may continue to hold the property to which the minor is entitled, or make payments (1) to the beneficiary's conservator or guardian; (2) to the beneficiary's custodian under the Uniform Gifts to Minors Act or Uniform Transfers to Minors Act of any state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selected by the Executor) to be held for the maximum period of time permitted by law; (3) to one or more suitable persons as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residing with the beneficiary, to be used for the beneficiary's benefit; (4) to any other person, firm, or agency for services rendered or to be rendered for the beneficiary's assistance or benefit; or (5)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 the beneficiary's name. The receipt of payments by any of the foregoing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discharge of the Executor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EXECUTORS [OPTIONAL: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executor to testator], [name of executor], as Executor of my Will. Should [name of executor] be unwilling or unable to serve as Executor, or shall at any point cease to serve as Executor, I nominate and appoint my [relationship of first successor executor to testator], [name of first successor executor], as Executor of my Will. If [name of first successor executor] shall be unable or unwilling to serve, I nominate and appoint my [relationship of second successor executor to testator], [name of second successor executor], as Executor of my Will. If [name of second successor executor] shall be unable or unwilling to serve, I nominate and appoint as substitute or successor Executor, [name of individual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Executor shall mean the person who qualifies as executor, whether male or female, and indicates successor executors.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as well as Trustees, if any, shall receive reasonable compensation for the duties performed in accordance with this instrument and any trusts created hereunder.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Executor or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EXECUTOR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provided in this Will, the Executor and Trustee, if any, shall have all of the powers conferred by law upon fiduciaries in every jurisdiction in which my Executor or Trustee shall act, including, but not limited to, the powers contained in Sections 11.48 et seq. and 11.98.070 of the Revised Code of Washington,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that term is defined below), (1) to access, use and control my digital devices, including, but not limited to, desktop computers, laptop computers, tablets, peripheral storage devices, mobile telephones and smart phones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such accounts encompassed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Washington Revised Uniform Fiduciary Access to Digital Assets Act; and any other applicable Federal or state data privacy law or criminal law. In furtherance of providing the broadest and amplest possible digital asset powers, I direct my estate to indemnify and hold harmless any Executor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to invest and reinvest in any property, real, or personal, all as the Executor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Executor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Executor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Executor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Executor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Executor or Trustee), and to treat their compensation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Executor,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Executor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Executor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Executor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record in which I have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interest. The term does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(or other identity verification methods) to access and manage.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or that is stored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other medium and is retrievable in perceivable form.  For any communication related records or data, Digital Assets means both catalogue data and the content of the communications, unless the Executor's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State of Washington</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[name of witness 1] and [name of witness 2], the subscribing witnesses, having been duly sworn, declare that we witnessed the execution of the Will of [name of testator], the Testator; that the said Testator subscribed, published, and declared the same to be the Testator's Will in our presence; that we thereafter subscribed the same as witnesses in the Testator's presence, at the Testator's request, and in the presence of each other; that at the time of the execution of said Will the Testator appeared to be of full age and of sound mind and memory, and not under any restraint nor in any respect incompetent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and that we make this affidavit at the Testator's request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by [name of witness 1] and [name of witness 2], witnesses, 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(Seal)</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 Commissioner of the Superior Court]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