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Wisconsin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Chapters 701 and 857 of the Wisconsin Annotated Statutes, ,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Wisconsin Digital Property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sign my name to this Wisconsin Will on ____________________ date), at ____________________ (city), ____________________ (state).</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STATEMENT OF WITNESSES (You must use two witnesses, who should be adults.)</w:t>
      </w:r>
    </w:p>
    <w:p>
      <w:pPr>
        <w:keepNext w:val="0"/>
        <w:spacing w:before="200" w:after="0" w:line="260" w:lineRule="exact"/>
        <w:ind w:left="720" w:right="0" w:firstLine="0"/>
        <w:jc w:val="both"/>
      </w:pPr>
      <w:r>
        <w:rPr>
          <w:rFonts w:ascii="Times New Roman" w:hAnsi="Times New Roman" w:eastAsia="Times New Roman" w:cs="Times New Roman"/>
          <w:b w:val="0"/>
          <w:sz w:val="24"/>
        </w:rPr>
        <w:t>I declare that the Testator signed the will in front of me, acknowledged to me that this document was his or her will or acknowledged to me that the signature above is his or her signature. The Testator appears to me to be of sound mind and not under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Residence 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Here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Signed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 declare that the Testator signed the will in front of me, acknowledged to me that this document was his or her will or acknowledged to me that the signature above is his or her signature. The Testator appears to me to be of sound mind and not under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Residence 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Here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Signed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Wisconsin</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________________, the Testator, sign my name to this instrument this _____ day of ____________________, 20__, and being first duly sworn, declare to the undersigned authority all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execute this instrument as my will.</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sign this will willingly, or willingly direct another to sign for me.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execute this will as my free and voluntary act for the purposes expressed therein.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Testator: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We, ____________________, and ____________________, the witnesses, being first duly sworn, sign our names to this instrument and declare to the undersigned authority all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Testator executes this instrument as his or her will.</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Testator signs it willingly, or willingly directs another to sign for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us, in the conscious presence of the Testator, signs this will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____________________, the Testator, and by ____________________, and ____________________, witnesses, this _____ day of ____________________, 20 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