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Alabama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Ala. Code § 43-2-843,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Alabama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[date]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[Witness 1 name] and [Witness 2 name], the witnesses, sign our names to this instrument, being first duly sworn, and do hereby declare to the undersigned authority that the Testator signs and executes this instrument as the Testator's last will and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Alabama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[Witness 1 name] and [Witness 2 name], witnesses, this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