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Colorado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Colorado Fiduciaries' Powers Act (Colo. Rev. Stat. § 15-1-801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Colorado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Executed at [city], [state],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the above date, and do hereby declare that I sign and execute this instrument as my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EXECUTION,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Colorado</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