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Executor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Executor, in the Executor's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Executor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Executor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Illinois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Executor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[OPTIONAL: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as Executor of my Will. If [name of first successor executor] shall be unable or unwilling to serve, I nominate and appoint my [relationship of second successor executor to testator], [name of second successor executor], as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executor] shall be unable or unwilling to serve, I nominate and appoint as substitute or successor Executor,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Executor shall mean the person or corporation who qualifies as Executor, whether male or female, and indicates successor executors.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or corporation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as well as Trustees, if any,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Executor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the Executor and Trustee, if any, shall have all of the powers conferred by law upon fiduciaries in every jurisdiction in which my Executor or Trustee shall act, including, but not limited to, the powers contained in the Illinois Probate Act and Illinois Trust Code, or any successor statute thereto,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 (1) to access, use and control my digital devices, including, but not limited to, desktop computers, laptop computers, tablets, peripheral storage devices, mobile telephones, smart phones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such accounts encompassed by any Apple ID associated with my name), and similar digital items which currently exist or may exist as technology develops or such comparable items as technology develops; (3) to access any of my electronically stored information; (4)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to access the content of any communication that has been electronically stored by the service provider for that communication or that is carried or maintained by the service provider for that communication; and (5)]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Illinois Fiduciary Access to Digital Assets Act;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Executor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6.2.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720" w:right="0" w:firstLine="0"/>
        <w:jc w:val="left"/>
      </w:pPr>
      <w:r>
        <w:rPr>
          <w:rFonts w:ascii="Times New Roman" w:hAnsi="Times New Roman" w:eastAsia="Times New Roman" w:cs="Times New Roman"/>
          <w:b w:val="0"/>
          <w:sz w:val="24"/>
        </w:rPr>
        <w:t>6.3.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6.4.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6.5.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6.6.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6.7.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have executed this Will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360" w:right="0" w:firstLine="0"/>
        <w:jc w:val="left"/>
      </w:pPr>
      <w:r>
        <w:rPr>
          <w:rFonts w:ascii="Times New Roman" w:hAnsi="Times New Roman" w:eastAsia="Times New Roman" w:cs="Times New Roman"/>
          <w:b w:val="0"/>
          <w:sz w:val="24"/>
        </w:rPr>
        <w:t>[name of testator]</w:t>
      </w:r>
    </w:p>
    <w:p>
      <w:pPr>
        <w:keepNext w:val="0"/>
        <w:spacing w:before="120" w:after="0" w:line="260" w:lineRule="exact"/>
        <w:ind w:left="360" w:right="0" w:firstLine="0"/>
        <w:jc w:val="left"/>
      </w:pPr>
      <w:r>
        <w:rPr>
          <w:rFonts w:ascii="Times New Roman" w:hAnsi="Times New Roman" w:eastAsia="Times New Roman" w:cs="Times New Roman"/>
          <w:b w:val="0"/>
          <w:sz w:val="24"/>
        </w:rPr>
        <w:t>Testator</w:t>
      </w:r>
    </w:p>
    <w:p>
      <w:pPr>
        <w:keepNext w:val="0"/>
        <w:spacing w:before="120" w:after="0" w:line="260" w:lineRule="exact"/>
        <w:ind w:left="360" w:right="0" w:firstLine="0"/>
        <w:jc w:val="left"/>
      </w:pPr>
      <w:r>
        <w:rPr>
          <w:rFonts w:ascii="Times New Roman" w:hAnsi="Times New Roman" w:eastAsia="Times New Roman" w:cs="Times New Roman"/>
          <w:b w:val="0"/>
          <w:sz w:val="24"/>
        </w:rPr>
        <w:t>This Will is executed under the laws of the State of Illinois.</w:t>
      </w:r>
    </w:p>
    <w:p>
      <w:pPr>
        <w:keepNext w:val="0"/>
        <w:spacing w:before="200" w:after="0" w:line="260" w:lineRule="exact"/>
        <w:ind w:left="360" w:right="0" w:firstLine="0"/>
        <w:jc w:val="both"/>
      </w:pPr>
      <w:r>
        <w:rPr>
          <w:rFonts w:ascii="Times New Roman" w:hAnsi="Times New Roman" w:eastAsia="Times New Roman" w:cs="Times New Roman"/>
          <w:b w:val="0"/>
          <w:sz w:val="24"/>
        </w:rPr>
        <w:t>We hereby certify that in our presence, on the date appearing above, [name of testator], signed the foregoing will and acknowledged it to be the Testator's Last Will; that at the Testator's request and in the Testator's presence and in the presence of each other, we have signed our names below as witnesses, and that we believe the Testator's to be of sound mind and memory.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36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360" w:right="0" w:firstLine="0"/>
        <w:jc w:val="left"/>
      </w:pPr>
      <w:r>
        <w:rPr>
          <w:rFonts w:ascii="Times New Roman" w:hAnsi="Times New Roman" w:eastAsia="Times New Roman" w:cs="Times New Roman"/>
          <w:b w:val="0"/>
          <w:sz w:val="24"/>
        </w:rPr>
        <w:t>I signed this Will in the physical presence of the Testator.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360" w:right="0" w:firstLine="0"/>
        <w:jc w:val="left"/>
      </w:pPr>
      <w:r>
        <w:rPr>
          <w:rFonts w:ascii="Times New Roman" w:hAnsi="Times New Roman" w:eastAsia="Times New Roman" w:cs="Times New Roman"/>
          <w:b w:val="0"/>
          <w:sz w:val="24"/>
        </w:rPr>
        <w:t>[witness 2 address]</w:t>
      </w:r>
    </w:p>
    <w:p>
      <w:pPr>
        <w:keepNext w:val="0"/>
        <w:spacing w:before="120" w:after="0" w:line="260" w:lineRule="exact"/>
        <w:ind w:left="360" w:right="0" w:firstLine="0"/>
        <w:jc w:val="left"/>
      </w:pPr>
      <w:r>
        <w:rPr>
          <w:rFonts w:ascii="Times New Roman" w:hAnsi="Times New Roman" w:eastAsia="Times New Roman" w:cs="Times New Roman"/>
          <w:b w:val="0"/>
          <w:sz w:val="24"/>
        </w:rPr>
        <w:t>I signed this Will in the physical presence of the Testator.</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Illinois</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We [name of witness 1] and [name of witness 2] [</w:t>
      </w:r>
      <w:r>
        <w:rPr>
          <w:rFonts w:ascii="Times New Roman" w:hAnsi="Times New Roman" w:eastAsia="Times New Roman" w:cs="Times New Roman"/>
          <w:b/>
          <w:sz w:val="24"/>
        </w:rPr>
        <w:t>OPTIONAL (IF USING THREE WITNESSES):</w:t>
      </w:r>
      <w:r>
        <w:rPr>
          <w:rFonts w:ascii="Times New Roman" w:hAnsi="Times New Roman" w:eastAsia="Times New Roman" w:cs="Times New Roman"/>
          <w:b w:val="0"/>
          <w:sz w:val="24"/>
        </w:rPr>
        <w:t xml:space="preserve"> and [name of witness 3]], the subscribing witnesses, having been duly sworn, declare that we witnessed the execution of the Will of [name of testator], the Testator; that the said Testator subscribed, published, and declared the same to be the Testator's Will in our presence; that we thereafter subscribed the same as witnesses in the Testator's presence, at the Testator's request, and in the presence of each other; that at the time of the execution of said Will the Testator appeared to be of full age and of sound mind and memory, and not under any restraint nor in any respect incompetent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and that we make this affidavit at the Testator's request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OPTIONAL (IF USING THREE WITNESSES):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3],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