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intestacy of Iowa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Chapter 633 of the Iowa Code,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Fiduciary Access to Digital Assets (Iowa Code § 638.1 et seq);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Iowa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the undersigned [name of testator], [name of witness 1] and [name of witness 2], the Testator and subscribing witnesses, respectively, whose names are signed to the attached or foregoing instrument, having been duly sworn, declare to the undersigned authority that at the date of the instrument, we all knew the identity of each other; the instrument was exhibited to the witnesses by the Testator, who declared it to be the Testator's last will and testament and was signed by the Testator or by another at the direction of the Testator at [address], in the county of [county], State of Iowa, on the date shown in the instrument, and in the presence of each other as subscribing witnesses; that we, as witnesses, declare to the undersigned authority that in our presence the testator executed and acknowledged such will as Testator's will and that we, in the Testator's presence, at the Testator's request, and in the presence of each other, did subscribe our names thereto as attesting witnesses on the date of such will; and that the witnesses were sixteen years of age or older.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and acknowledged before me by [testator], the Testator and sworn to before me by [name of testator],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