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New Hampshire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Second Optional Section </w:t>
      </w:r>
      <w:r>
        <w:rPr>
          <w:rFonts w:ascii="Times New Roman" w:hAnsi="Times New Roman" w:eastAsia="Times New Roman" w:cs="Times New Roman"/>
          <w:b/>
          <w:sz w:val="24"/>
        </w:rPr>
        <w:t>4.5.</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of [executors and/or trustees for which bond is waived (e.g., "any of my adult children serving hereunder")] for the faithful performance of any such designee's duties as Executor or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granted by New Hampshire common law and statutory authority (including without limitation, the Uniform Trustees' Powers Act, R.S.A. 564-A, and the Uniform Trust Code, R.S.A. 564-B, as they may be amended from time to time),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New Hampshire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ACKNOWLEDGEMENT AND AFFIDAVIT IN PROOF OF WILL PURSUANT TO R.S.A. 551:2-a</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Hampshire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on [date], by [name of testator], the Testator, and [name of witness 1] and [name of witness 2], the witnesses, who under oath do swear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Testator signed the instrument as the Testator's voluntary will or expressly directed another to sign for the Testator.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was the Testator's free and voluntary act for the purposes expressed in the will.</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witness signed at the request of the Testator, in the Testator's presence, and in the presence of the other witness.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my knowledge, at the time of the signing the Testator was at least 18 years of age, or if under 18 years of age, was a married person, and was of sane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Justice of the Peace]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