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North Dakota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North Dakota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North Dakota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sign my name to this instrument this [month] [day], [year], and being first sworn, declare to the undersigned authority that I sign and execute this instrument as my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and being first sworn, declare to the undersigned authority that the Testator signs and executes this instrument as the Testator's will and that the Testator signs it willingly or willingly directs another to sign for the Testator, and that each of us, in the presence and hearing of the Testator,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