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Will for Single Individual</w:t>
      </w:r>
    </w:p>
    <w:p>
      <w:pPr/>
      <w:r>
        <w:rPr>
          <w:rFonts w:ascii="Times New Roman" w:hAnsi="Times New Roman" w:eastAsia="Times New Roman" w:cs="Times New Roman"/>
          <w:sz w:val="24"/>
        </w:rPr>
        <w:t>LAST WILL OF [NAME OF TESTATOR]</w:t>
      </w:r>
    </w:p>
    <w:p>
      <w:pPr/>
      <w:r>
        <w:rPr>
          <w:rFonts w:ascii="Times New Roman" w:hAnsi="Times New Roman" w:eastAsia="Times New Roman" w:cs="Times New Roman"/>
          <w:sz w:val="24"/>
        </w:rPr>
        <w:t>I, [name of testator], presently residing at [full address, including county], declare this to be my last Will. I hereby revoke all prior wills and codicils.</w:t>
      </w:r>
    </w:p>
    <w:p>
      <w:pPr/>
      <w:r>
        <w:rPr>
          <w:rFonts w:ascii="Times New Roman" w:hAnsi="Times New Roman" w:eastAsia="Times New Roman" w:cs="Times New Roman"/>
          <w:b w:val="0"/>
          <w:sz w:val="24"/>
        </w:rPr>
        <w:t>Article I</w:t>
      </w:r>
    </w:p>
    <w:p>
      <w:pPr>
        <w:ind w:firstLine="720"/>
      </w:pPr>
      <w:r>
        <w:rPr>
          <w:rFonts w:ascii="Times New Roman" w:hAnsi="Times New Roman" w:eastAsia="Times New Roman" w:cs="Times New Roman"/>
          <w:sz w:val="24"/>
        </w:rPr>
        <w:t>I make the following bequests:</w:t>
      </w:r>
    </w:p>
    <w:p>
      <w:pPr/>
      <w:r>
        <w:rPr>
          <w:rFonts w:ascii="Times New Roman" w:hAnsi="Times New Roman" w:eastAsia="Times New Roman" w:cs="Times New Roman"/>
          <w:sz w:val="24"/>
        </w:rPr>
        <w:t>To [name of beneficiary] a specific bequest of [describe specific item or items of property, e.g., my mother’s diamond engagement ring and matching platinum wedding band, including my interest in any insurance on these items].</w:t>
      </w:r>
    </w:p>
    <w:p>
      <w:pPr/>
      <w:r>
        <w:rPr>
          <w:rFonts w:ascii="Times New Roman" w:hAnsi="Times New Roman" w:eastAsia="Times New Roman" w:cs="Times New Roman"/>
          <w:sz w:val="24"/>
        </w:rPr>
        <w:t>To [name of beneficiary] a general bequest of $[amount; e.g., 10,000].</w:t>
      </w:r>
    </w:p>
    <w:p>
      <w:pPr/>
      <w:r>
        <w:rPr>
          <w:rFonts w:ascii="Times New Roman" w:hAnsi="Times New Roman" w:eastAsia="Times New Roman" w:cs="Times New Roman"/>
          <w:b w:val="0"/>
          <w:sz w:val="24"/>
        </w:rPr>
        <w:t>Article II</w:t>
      </w:r>
    </w:p>
    <w:p>
      <w:pPr/>
      <w:r>
        <w:rPr>
          <w:rFonts w:ascii="Times New Roman" w:hAnsi="Times New Roman" w:eastAsia="Times New Roman" w:cs="Times New Roman"/>
          <w:sz w:val="24"/>
        </w:rPr>
        <w:t>If [name of residuary beneficiary #1] and [name of residuary beneficiary #2] survive me, then I give 50% of the rest of my property to [name of residuary beneficiary #1] and 50% of the rest of my property to [name of residuary beneficiary #2]. If [name of residuary beneficiary #1] or [name of residuary beneficiary #2] fails to survive me, then I give the rest of my estate to the survivor.</w:t>
      </w:r>
    </w:p>
    <w:p>
      <w:pPr/>
      <w:r>
        <w:rPr>
          <w:rFonts w:ascii="Times New Roman" w:hAnsi="Times New Roman" w:eastAsia="Times New Roman" w:cs="Times New Roman"/>
          <w:sz w:val="24"/>
        </w:rPr>
        <w:t>If [name of residuary beneficiary #1] and [name of residuary beneficiary #2] fail to survive me, I give the rest of my property to [name of residuary beneficiary #3].</w:t>
      </w:r>
    </w:p>
    <w:p>
      <w:pPr/>
      <w:r>
        <w:rPr>
          <w:rFonts w:ascii="Times New Roman" w:hAnsi="Times New Roman" w:eastAsia="Times New Roman" w:cs="Times New Roman"/>
          <w:sz w:val="24"/>
        </w:rPr>
        <w:t>If [name of residuary beneficiary #3] fails to survive me, I give the rest of my property to those persons who would take my property and in the manner that they would take my property if I died without a will.</w:t>
      </w:r>
    </w:p>
    <w:p>
      <w:pPr/>
      <w:r>
        <w:rPr>
          <w:rFonts w:ascii="Times New Roman" w:hAnsi="Times New Roman" w:eastAsia="Times New Roman" w:cs="Times New Roman"/>
          <w:sz w:val="24"/>
        </w:rPr>
        <w:t>For purposes of this Article II, “survive(s) me” means that the person must survive me by [number; e.g., 60] days.</w:t>
      </w:r>
    </w:p>
    <w:p>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I</w:t>
      </w:r>
    </w:p>
    <w:p>
      <w:pPr/>
      <w:r>
        <w:rPr>
          <w:rFonts w:ascii="Times New Roman" w:hAnsi="Times New Roman" w:eastAsia="Times New Roman" w:cs="Times New Roman"/>
          <w:sz w:val="24"/>
        </w:rPr>
        <w:t>I appoint [name of executor] as Executor of my estate, but if [he or she] fails to survive me, ceases to act, or is unable to act, I appoint [name of alternate], as Executor, but if [he or she] fails to survive me, ceases to act, or is unable to act, I appoint [name of second alternate executor] as my Executor. None of the above persons shall be required to file a bond or furnish security to serve as my personal representative.</w:t>
      </w:r>
    </w:p>
    <w:p>
      <w:pPr/>
      <w:r>
        <w:rPr>
          <w:rFonts w:ascii="Times New Roman" w:hAnsi="Times New Roman" w:eastAsia="Times New Roman" w:cs="Times New Roman"/>
          <w:sz w:val="24"/>
        </w:rPr>
        <w:t>The word Executor shall mean the person who qualifies as executor, whether male or female, and indicates successor executors.</w:t>
      </w:r>
    </w:p>
    <w:p>
      <w:pPr/>
      <w:r>
        <w:rPr>
          <w:rFonts w:ascii="Times New Roman" w:hAnsi="Times New Roman" w:eastAsia="Times New Roman" w:cs="Times New Roman"/>
          <w:sz w:val="24"/>
        </w:rPr>
        <w:t>My Executor shall have all the express and implied powers granted to executors by the laws of the State of New York.</w:t>
      </w:r>
    </w:p>
    <w:p>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I</w:t>
      </w:r>
    </w:p>
    <w:p>
      <w:pPr/>
      <w:r>
        <w:rPr>
          <w:rFonts w:ascii="Times New Roman" w:hAnsi="Times New Roman" w:eastAsia="Times New Roman" w:cs="Times New Roman"/>
          <w:sz w:val="24"/>
        </w:rPr>
        <w:t>I authorize my Executor to:</w:t>
      </w:r>
    </w:p>
    <w:p>
      <w:pPr/>
      <w:r>
        <w:rPr>
          <w:rFonts w:ascii="Times New Roman" w:hAnsi="Times New Roman" w:eastAsia="Times New Roman" w:cs="Times New Roman"/>
          <w:sz w:val="24"/>
        </w:rPr>
        <w:t>(A)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(B)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r>
        <w:rPr>
          <w:rFonts w:ascii="Times New Roman" w:hAnsi="Times New Roman" w:eastAsia="Times New Roman" w:cs="Times New Roman"/>
          <w:sz w:val="24"/>
        </w:rPr>
        <w:t>(C) Access any of my electronically stored information</w:t>
      </w:r>
    </w:p>
    <w:p>
      <w:pPr/>
      <w:r>
        <w:rPr>
          <w:rFonts w:ascii="Times New Roman" w:hAnsi="Times New Roman" w:eastAsia="Times New Roman" w:cs="Times New Roman"/>
          <w:sz w:val="24"/>
        </w:rPr>
        <w:t>(D) 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(E) Access any record or other information pertaining to me with respect to that service</w:t>
      </w:r>
    </w:p>
    <w:p>
      <w:pPr/>
      <w:r>
        <w:rPr>
          <w:rFonts w:ascii="Times New Roman" w:hAnsi="Times New Roman" w:eastAsia="Times New Roman" w:cs="Times New Roman"/>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13-A of the New York Estates, Powers and Trusts Law, as amended; § 156 of the New York Penal Law, as amended; and any other applicable Federal or state data privacy law or criminal law.</w:t>
      </w:r>
    </w:p>
    <w:p>
      <w:pPr/>
    </w:p>
    <w:p>
      <w:pPr/>
      <w:r>
        <w:rPr>
          <w:rFonts w:ascii="Times New Roman" w:hAnsi="Times New Roman" w:eastAsia="Times New Roman" w:cs="Times New Roman"/>
          <w:sz w:val="24"/>
        </w:rPr>
        <w:t>In Witness Whereof, I have signed this last will on [date].</w:t>
      </w:r>
    </w:p>
    <w:p>
      <w:pPr/>
    </w:p>
    <w:p>
      <w:pPr/>
    </w:p>
    <w:p>
      <w:pPr/>
      <w:r>
        <w:rPr>
          <w:rFonts w:ascii="Times New Roman" w:hAnsi="Times New Roman" w:eastAsia="Times New Roman" w:cs="Times New Roman"/>
          <w:sz w:val="24"/>
        </w:rPr>
        <w:t>We saw [name of testator] sign this instrument at its end. [He or She] then declared it to be [his or her] will and requested us to act as witnesses to it. We believe [him or her] to be of sound mind and memory and not under duress or constraint of any kind. We then, in [his or her] presence and in the presence of each other, signed our names as attesting witnesses. All of this was done on the date of this will.</w:t>
      </w:r>
    </w:p>
    <w:p>
      <w:pPr/>
    </w:p>
    <w:p>
      <w:pPr/>
    </w:p>
    <w:p>
      <w:pPr/>
    </w:p>
    <w:p>
      <w:pPr>
        <w:jc w:val="center"/>
      </w:pPr>
      <w:r>
        <w:rPr>
          <w:rFonts w:ascii="Times New Roman" w:hAnsi="Times New Roman" w:eastAsia="Times New Roman" w:cs="Times New Roman"/>
          <w:sz w:val="24"/>
        </w:rPr>
        <w:t>AFFIDAVIT OF SUBSCRIBING WITNESSES PURSUANT TO SCPA 1406</w:t>
      </w:r>
    </w:p>
    <w:p>
      <w:pPr>
        <w:jc w:val="center"/>
      </w:pPr>
      <w:r>
        <w:rPr>
          <w:rFonts w:ascii="Times New Roman" w:hAnsi="Times New Roman" w:eastAsia="Times New Roman" w:cs="Times New Roman"/>
          <w:sz w:val="24"/>
        </w:rPr>
        <w:t>MADE AT REQUEST OF [NAME OF TESTATOR]</w:t>
      </w:r>
    </w:p>
    <w:p>
      <w:pPr/>
      <w:r>
        <w:rPr>
          <w:rFonts w:ascii="Times New Roman" w:hAnsi="Times New Roman" w:eastAsia="Times New Roman" w:cs="Times New Roman"/>
          <w:sz w:val="24"/>
        </w:rPr>
        <w:t xml:space="preserve">STATE OF NEW </w:t>
      </w:r>
      <w:r>
        <w:rPr>
          <w:rFonts w:ascii="Times New Roman" w:hAnsi="Times New Roman" w:eastAsia="Times New Roman" w:cs="Times New Roman"/>
          <w:sz w:val="24"/>
        </w:rPr>
        <w:t>YORK  ss.</w:t>
      </w:r>
      <w:r>
        <w:rPr>
          <w:rFonts w:ascii="Times New Roman" w:hAnsi="Times New Roman" w:eastAsia="Times New Roman" w:cs="Times New Roman"/>
          <w:sz w:val="24"/>
        </w:rPr>
        <w:t>:</w:t>
      </w:r>
    </w:p>
    <w:p>
      <w:pPr/>
      <w:r>
        <w:rPr>
          <w:rFonts w:ascii="Times New Roman" w:hAnsi="Times New Roman" w:eastAsia="Times New Roman" w:cs="Times New Roman"/>
          <w:sz w:val="24"/>
        </w:rPr>
        <w:t>COUNTY OF [county]</w:t>
      </w:r>
    </w:p>
    <w:p>
      <w:pPr/>
      <w:r>
        <w:rPr>
          <w:rFonts w:ascii="Times New Roman" w:hAnsi="Times New Roman" w:eastAsia="Times New Roman" w:cs="Times New Roman"/>
          <w:sz w:val="24"/>
        </w:rPr>
        <w:t>Each of the undersigned, individually and severally being duly sworn, deposes and says:</w:t>
      </w:r>
    </w:p>
    <w:p>
      <w:pPr/>
      <w:r>
        <w:rPr>
          <w:rFonts w:ascii="Times New Roman" w:hAnsi="Times New Roman" w:eastAsia="Times New Roman" w:cs="Times New Roman"/>
          <w:sz w:val="24"/>
        </w:rPr>
        <w:t>The foregoing instrument was subscribed in our presence and sight at the end thereof by [name of testator], hereinafter referred to as the Testator, on the [day] day of [month], [year], at [location of execution ceremony].</w:t>
      </w:r>
    </w:p>
    <w:p>
      <w:pPr/>
      <w:r>
        <w:rPr>
          <w:rFonts w:ascii="Times New Roman" w:hAnsi="Times New Roman" w:eastAsia="Times New Roman" w:cs="Times New Roman"/>
          <w:sz w:val="24"/>
        </w:rPr>
        <w:t>The Testator at the time of making such subscription declared the foregoing instrument so subscribed to be [his or her] last Will.</w:t>
      </w:r>
    </w:p>
    <w:p>
      <w:pPr/>
      <w:r>
        <w:rPr>
          <w:rFonts w:ascii="Times New Roman" w:hAnsi="Times New Roman" w:eastAsia="Times New Roman" w:cs="Times New Roman"/>
          <w:sz w:val="24"/>
        </w:rPr>
        <w:t>Each of the undersigned thereupon signed [his or her] name as a witness at the end of the foregoing Will at the request of the Testator and in [his or her] presence and sight of each other.</w:t>
      </w:r>
    </w:p>
    <w:p>
      <w:pPr/>
      <w:r>
        <w:rPr>
          <w:rFonts w:ascii="Times New Roman" w:hAnsi="Times New Roman" w:eastAsia="Times New Roman" w:cs="Times New Roman"/>
          <w:sz w:val="24"/>
        </w:rPr>
        <w:t>The Testator, in the respective opinions of the undersigned, could read, write and converse in the English language and was suffering no defect of sight, hearing or speech, or from any other physical or mental impairment that would affect [his or her] capacity to make a valid Will. The foregoing Will was executed as a single, original instrument and was not executed in counterparts.</w:t>
      </w:r>
    </w:p>
    <w:p>
      <w:pPr/>
      <w:r>
        <w:rPr>
          <w:rFonts w:ascii="Times New Roman" w:hAnsi="Times New Roman" w:eastAsia="Times New Roman" w:cs="Times New Roman"/>
          <w:sz w:val="24"/>
        </w:rPr>
        <w:t>Each of the undersigned was acquainted with the Testator at such time and makes this affidavit at [his or her] request.</w:t>
      </w:r>
    </w:p>
    <w:p>
      <w:pPr/>
      <w:r>
        <w:rPr>
          <w:rFonts w:ascii="Times New Roman" w:hAnsi="Times New Roman" w:eastAsia="Times New Roman" w:cs="Times New Roman"/>
          <w:sz w:val="24"/>
        </w:rPr>
        <w:t>Each of the undersigned has, contemporaneously with the execution of this affidavit, examined the signatures at the end of the foregoing Will and such signatures are the signatures affixed by the Testator and by each of the undersigned.</w:t>
      </w:r>
    </w:p>
    <w:p>
      <w:pPr/>
      <w:r>
        <w:rPr>
          <w:rFonts w:ascii="Times New Roman" w:hAnsi="Times New Roman" w:eastAsia="Times New Roman" w:cs="Times New Roman"/>
          <w:sz w:val="24"/>
        </w:rPr>
        <w:t>The foregoing instrument was executed by the Testator and witnessed by each of the undersigned affiants under the supervision of [name of supervising attorney], an attorney-at-law.</w:t>
      </w:r>
    </w:p>
    <w:p>
      <w:pPr/>
    </w:p>
    <w:p>
      <w:pPr/>
    </w:p>
    <w:p>
      <w:pPr/>
      <w:r>
        <w:rPr>
          <w:rFonts w:ascii="Times New Roman" w:hAnsi="Times New Roman" w:eastAsia="Times New Roman" w:cs="Times New Roman"/>
          <w:sz w:val="24"/>
        </w:rPr>
        <w:t>Severally sworn to before me this [day] day of [month, year]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