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WILL OF [testator name]</w:t>
      </w:r>
    </w:p>
    <w:p>
      <w:pPr>
        <w:keepNext w:val="0"/>
        <w:spacing w:before="200" w:after="0" w:line="260" w:lineRule="exact"/>
        <w:ind w:left="720" w:right="0" w:firstLine="0"/>
        <w:jc w:val="both"/>
      </w:pPr>
      <w:r>
        <w:rPr>
          <w:rFonts w:ascii="Times New Roman" w:hAnsi="Times New Roman" w:eastAsia="Times New Roman" w:cs="Times New Roman"/>
          <w:b w:val="0"/>
          <w:sz w:val="24"/>
        </w:rPr>
        <w:t>Dated [date of execution of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[testator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[city], [county name] County, Michigan, declare that this is my will and revoke any prior wills and codicils.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INTRODUCTORY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Status.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am not married and have never been married.</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have never had any children.</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will, references in the masculine gender shall be deemed to include the feminine and neuter genders, and vice versa, and references to the singular shall be deemed to include the plural, and vice versa, wherever the context so permits.</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Representative Defined.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term "Personal Representative" shall refer to my Personal Representative as designated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will, or to any personal representative appointed by the court in place of the person designated in this will.</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References to Internal Revenue Code and Death Taxes.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to the “Internal Revenue Code” shall mean the Internal Revenue Code of 1986 or any successor Code as the same may from time to time be amended. Title 26 USC.</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to “death taxes” shall include estate taxes, generation-skipping transfer taxes, inheritance taxes, and other death taxes, except where the specific provision distinguishes among or between these taxes.</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Exercise of Power of 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intentionally refrain from exercising any power of appointment that I now possess or that hereafter may be conferred on me.</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Contract Affecting Will.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have not entered into any contract (1)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(2) not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or (3) to die intestate.</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Heirs Not Specifically Provided for in Will.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specifically provided in this will, I have intentionally and with full knowledge chosen to omit my heirs from this will and do not intend for them to benefit hereunder, regardless of whether or not I am aware of their existence and identities at the time this will is executed.</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Subsequent Spouse.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have intentionally and with full knowledge chosen to omit any person that I may marry after the execution of this will and do not intend for them to benefit hereunder. It is my intention that the provisions in this will be effective, notwithstanding any subsequent marriage.</w:t>
      </w:r>
    </w:p>
    <w:p>
      <w:pPr>
        <w:keepNext w:val="0"/>
        <w:spacing w:before="120" w:after="0" w:line="260" w:lineRule="exact"/>
        <w:ind w:left="1080" w:right="0" w:firstLine="0"/>
        <w:jc w:val="left"/>
      </w:pPr>
      <w:r>
        <w:rPr>
          <w:rFonts w:ascii="Times New Roman" w:hAnsi="Times New Roman" w:eastAsia="Times New Roman" w:cs="Times New Roman"/>
          <w:b w:val="0"/>
          <w:sz w:val="24"/>
        </w:rPr>
        <w:t>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Abatement of Gifts.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estate is insufficient to satisfy in full all of the gifts provided for in this will, I direct that gifts shall abate in the following order: first general gifts, then specific gifts, then demonstrative gifts, then residuary gifts. All gifts of the same class shall abate proportionally.</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beneficiary shall contest the validity of this will or any part of it, and/or any trust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residuary legatee hereunder, or shall institute or join in, except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any such contest or proceeding to prevent, hinder or delay the provisions of this will and/or such trust from being carried out in accordance with its terms, not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for instructions for the interpretation of this will and/or such trust instituted in good faith and for probable cause, then all interests in this will otherwise passing to such beneficiary shall be revoked and shall pass under this will and such trust as if such beneficiary [and such beneficiary's issue] had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captions appearing in this will are for convenience of reference only, and shall be disregarded in determining the meaning and effect of the provisions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will is invalid, that provision shall be disregarded, and the remainder of this will shall be construed as if the invalid provision had not been included.</w:t>
      </w:r>
    </w:p>
    <w:p>
      <w:pPr>
        <w:keepNext w:val="0"/>
        <w:spacing w:before="120" w:after="0" w:line="260" w:lineRule="exact"/>
        <w:ind w:left="108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Michigan Law to Apply.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questions concerning the validity and interpretation of this will shall be governed by the laws of the State of Michigan in effect at the time this will is executed.</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 OF [PERSONAL] PROPERTY.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specifically provided below in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I give all my tangible personal property to [name of primary beneficiary]. If [name of primary beneficiary] fails to survive me, I give all my tangible personal property [in substantially equal shares] to [name(s) of alternate beneficiary or beneficiaries]. My Personal Representative shall make all determinations as to what constitutes tangible personal property and as to the substantial equality of shares.</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of Packing and Shipping Tangible Personal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authorize my Personal Representative, at his or her discretion, to pay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of my estate the expense of packing, shipping, insuring, and delivering any of my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the residue and remainder of my estate outright to [name of residuary beneficiary] if [he or she] survives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Disposition of Residue.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[name of residuary beneficiary] does not survive me, I give the residue and remainder of my estate outright to [specify alternate recipient(s) of residue].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REPRESENTATIVE.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Personal Representative.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nominate and appoint [name of first nominee and relationship to testator, such as trust corporation] as Personal Representative to administer my will and my estate.</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or Successor Personal Representatives.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[name of first nominee] is for any reason unable or unwilling to serve, or to continue to serve, as Personal Representative, I nominate the following, in the order of priority indicated, to serve as successor Personal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First, [name of first successor nominee and description of relationship to testator or other capacity, such as trust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Second, [name of second successor nominee and description of relationship to testator or other capacity, such as trust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Third, [name of third successor nominee and description of relationship to testator or other capacity, such as trust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bond or undertaking shall be required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undertaking as provided by law shall be required] of any Personal Representative nominated in this will and appointed by the court.</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Personal Representative.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any limitations stated elsewhere in this will, my Personal Representative shall have, in addition to all of the powers now or hereafter conferred on personal representatives by law, and any powers enumerated elsewhere in this will, the power to perform any of the acts specified in this Paragraph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possession and control of all of my estate subject to disposition by this will, and collect all debts due to me or to my estate.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Receive the rents, issues, and profits from all real and personal property in my estate until the estate is settled or delivered over by order of court to my heirs or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taxes on, and take all steps reasonably necessary for the management, protection, and preservation of, all property in my estate.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the preparation of any tax return for me or my estate: (1) make any election available with respect to the exemption from tax under Chapter 13 of the Internal Revenue Code and to allocate the same to property eligible for such allocation, whether or not such property is held hereunder, including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 in such amounts and proportions as the Personal Representative deems advisable; (2) determine whether to include or exclude any item of property; (3) determine within permitted limits the date of valuation of my estate; (4) determine whether certain deductions shall be taken as income tax deductions or estate tax deductions; and (5) determine whether to make adjustments as between principal and income to compensate for any elections or determinations made pursuant to this paragraph.</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Commence and prosecute, either individually or jointly with my heirs or beneficiaries, any action necessary or proper to quiet title to or recover possession of any real or personal property in my estate.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Vote in person, and give proxies to exercise, any voting rights with respect to any stock, any membership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nonprofit corporation, or any other property in my estate, and waive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give consent to the holding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authorize, ratify, approve, or confirm any action that could be taken by shareholders, members, or property owners.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Insure the property of my estate against damage or loss, and insure the Personal Representative against liability to third persons.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money belonging to my estate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account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in Michigan.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reinvest any money of my estate not reasonably required for the immediate administration of my estate in any kind of property, real, personal, or mixed, that persons of prudence, discretion, and intelligence acquire for their own accounts; provided, however, that in investing any property of my estate, the Personal Representative shall act with the care, skill, prudence, and diligence under the circumstances then prevailing, including but not limited to the general economic conditions and the anticipated needs of my estate and its beneficiaries,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person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capacity and familiar with such matters would use in the conduct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enterprise of like character and with like aims to accomplish the purposes of my estate as determined from this will.</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any assets of my estate for as long as the Personal Representative deems to be in the best interest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on behalf of my estate and pledge, hypothecate, or otherwise encumber property of my estate, real or personal, as security for any sums so borrowed.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estate assets into shares or partial shares,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will shall be valued at its fair market value at the time of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any and all charges reasonably incurred in connection with or incidental to the distribution of any property of my estate, including but not limited to expenses of storage, freight, shipping, delivery, packing, and insurance; and, on any accounting, treat any such expenditures as expenses of the administration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asset of my estate consists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right, exercise the option [after authorization by order of court,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the exercise would be to the advantage of my estate,] and use any funds or property in my estate to acquire the property covered by the option.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any other form without disclosure of my estate so that title to the security may pass by delivery.</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Exercise any subscription rights owned or received by my estate by reason of owning securities[, after authorization by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it is to the advantage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at either public or private sale and with or without notice, and grant options to purchase, any property belonging to my estate[, subject only to any confirmation of court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Lease any real or personal property belonging to my estate on such terms and conditions as the Personal Representative determines to be in the best interest of my estate[, subject only to any confirmation of court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Dispose of or abandon tangible personal property, except tangible personal property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when the cost of collecting, maintaining, and safeguarding the property would exceed its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Compromise or settle any claim, action, or proceeding by or for the benefit of, or against, me, my estate, or the Personal Representative[, subject only to any confirmation of court that may be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professional investment advisors to make recommendations with respect to, and otherwise assist in, investing the assets of my estate; and, on any accounting, treat any fees paid to investment advisors as expenses of the administration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others in connection with the administration of my estate, including legal counsel, accountants, and agents, and to pay them reasonable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any elections permitted under any pension, profit sharing, employee stock ownership, or other benefit plan.</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business in which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Operate or participate in the operation of the business with all the powers I possess, including the power to liquidate the business and the power to delegate responsibility for the operation of the business;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Incorporate the business and transfer property to such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to operate the business and participate therein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or limited partner;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 additional assets in, make secured or unsecured loans to, and borrow funds for any such business, corporation, or partnership, pledging or mortgaging any property as collateral.</w:t>
      </w:r>
    </w:p>
    <w:p>
      <w:pPr>
        <w:keepNext w:val="0"/>
        <w:spacing w:before="120" w:after="0" w:line="260" w:lineRule="exact"/>
        <w:ind w:left="1440" w:right="0" w:firstLine="0"/>
        <w:jc w:val="left"/>
      </w:pPr>
      <w:r>
        <w:rPr>
          <w:rFonts w:ascii="Times New Roman" w:hAnsi="Times New Roman" w:eastAsia="Times New Roman" w:cs="Times New Roman"/>
          <w:b w:val="0"/>
          <w:sz w:val="24"/>
        </w:rPr>
        <w: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any action with respect to any Digital Assets owned by me as my Personal Representative shall deem appropriate,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My Personal Representative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 § 2701 et seq.), to the extent that such lawful consent is required. For purposes of this instrument, “Digital Assets” shall include files stored on any digital devices owned by me, including but not limited to desktops, laptops, tablets, peripherals, storage devices, mobile telephones, smart phones, cameras, electronic reading devices, and any similar digital device that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media accounts, file sharing accounts, financial accounts, domain registrations, DNS service accounts, web hosting accounts, tax preparation service accounts, online stores, affiliate programs, so-called cloud storage accounts, other online accounts, and similar digital items that currently exist or may exist as technology develops, or such comparable items which may exist as technology develops, including any words, characters, codes, or contractual rights necessary to access such items, regardless of the ownership of the physical device on which the digital item is stored.</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Minors or Incapacitated Persons.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any beneficiary under this will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that any beneficiary is incapacitated, incompetent, or for any other reason not able to receive payments or make intelligent or responsible use of the payments, then the Personal Representative, in lieu of making direct payments to the beneficiary, may make payments to the beneficiary's conservator or guardian;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one or more suitable persons as the Personal Representative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from Which Taxes to Be Paid.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death taxes payable by reason of my death shall be paid out of the residue of my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without apportionment, to the extent imposed in respect of property passing under this will. All such taxes imposed in respect of any other property I own shall be apportioned against such property, in proportion to the value of such property compared to the total value of my estate, including property passing under this will and property passing outside this will, and shall be paid by the persons in possession of that property or benefitted thereby, in the manner provided by law.</w:t>
      </w:r>
    </w:p>
    <w:p>
      <w:pPr>
        <w:keepNext w:val="0"/>
        <w:spacing w:before="120" w:after="0" w:line="260" w:lineRule="exact"/>
        <w:ind w:left="360" w:right="0" w:firstLine="0"/>
        <w:jc w:val="left"/>
      </w:pPr>
      <w:r>
        <w:rPr>
          <w:rFonts w:ascii="Times New Roman" w:hAnsi="Times New Roman" w:eastAsia="Times New Roman" w:cs="Times New Roman"/>
          <w:b/>
          <w:sz w:val="24"/>
        </w:rPr>
        <w:t>EXECUTION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[testator name], the testator, sign my name to this document on [date of execution]. I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seal appear on this document, swearing that the statements in this document are true. I declare to that officer that this document is my will; that I sign it willingly or willingly direct another to sign for me; that I execute it as my voluntary act for the purposes expressed in this will; that I am 18 years of age or older and under no constraint or undue influence; and that I have sufficient mental capacity to make this will.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[first witness name] and [second witness name], the witnesses, sign our names to this document and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seal appear on this document, to swear that all of the following statements are true: the individual signing this document as the testator executes the document as his or her will, signs it willingly or willingly directs another to sign for him or her, and executes it as his or her voluntary act for the purposes expressed in this will; each of us, in the testator's presence, signs this will as witness to the testator's signing; and, to the best of our knowledge, the testator is 18 years of age or older, is under no constraint or undue influence, and has sufficient mental capacity to make this will.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 (signature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printed name],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 (signature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printed name], Witness</w:t>
      </w:r>
    </w:p>
    <w:p>
      <w:pPr>
        <w:keepNext w:val="0"/>
        <w:spacing w:before="200" w:after="0" w:line="260" w:lineRule="exact"/>
        <w:ind w:left="720" w:right="0" w:firstLine="0"/>
        <w:jc w:val="both"/>
      </w:pPr>
      <w:r>
        <w:rPr>
          <w:rFonts w:ascii="Times New Roman" w:hAnsi="Times New Roman" w:eastAsia="Times New Roman" w:cs="Times New Roman"/>
          <w:b w:val="0"/>
          <w:sz w:val="24"/>
        </w:rPr>
        <w:t>Sworn to and signed in my presence by [testator’s name], the testator, and sworn to and signed in my presence by [first witness’s name] and [second witness’s name], witnesses, on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 (signature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 (printed name of notary),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(date)</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