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AND TESTAMENT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testator]</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I,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[name of county where testator resides] County, Florida, revoke all prior Wills and codicils and publish the following as my Last Will and Testament.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am not currently married. I am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 I have [number of children] living [children/stepchildren/adopted children] whose names are [name of first child]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born on [date of birth of first child]], [name of second child],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born on [date of birth of second child]], and [name of third child],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born on [date of birth of third child]]. All references to the above named living children and any children of mine born or adopted after the execution of this Will shall be referred to in this Will as “my children,” and all references to their descendants, including adopted descendants, shall be referred to in this Will as “my descendants.”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MY ESTATE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After making provision for the payments under ARTICLE </w:t>
      </w:r>
      <w:r>
        <w:rPr>
          <w:rFonts w:ascii="Times New Roman" w:hAnsi="Times New Roman" w:eastAsia="Times New Roman" w:cs="Times New Roman"/>
          <w:b w:val="0"/>
          <w:sz w:val="24"/>
        </w:rPr>
        <w:t>IX.</w:t>
      </w:r>
      <w:r>
        <w:rPr>
          <w:rFonts w:ascii="Times New Roman" w:hAnsi="Times New Roman" w:eastAsia="Times New Roman" w:cs="Times New Roman"/>
          <w:b w:val="0"/>
          <w:sz w:val="24"/>
        </w:rPr>
        <w:t>, my Personal Representative shall distribute my remaining estate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Separate List for Tangible Personal Property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may make gifts of tangible personal property by means of one or more separate written lists. To be effective,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list must be signed by me, and must identify the items and persons to receive them with reasonable certainty.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I confirm the gift of that item made in the most recent list. My Personal Representative will not be bound by any written list produced or discovered more than two months after my death.</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Gifts of Tangible Personal Property</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all my remaining tangible personal property not given by other provisions of this article, including furniture, household furnishings, motor vehicles, clothing, jewelry, and personal effects (together with all insurance on those items), to my children who survive me, in shares as nearly equal in value as reasonably practical. If none of my children survive me, then I give all of my remaining tangible personal property to my heirs at law, determined at the time as if I had died intestate and unmarried under Florida law then in effect. If any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shall hold that beneficiary's share for the use and benefit of the beneficiary during his or her minority. Alternatively, the Trustee in its discretion may cause all or any part of that share to be distributed to the beneficiary or to any adult having custody of the beneficiary whenever the Trustee deems appropriate; sold and the proceeds used for the benefit of the beneficiary; sold and the proceeds added to the share of my estate to be held in trust for the beneficiary; or disclaimed for and on behalf of the beneficiary by my Personal Representative. If the persons entitled to my tangible personal property cannot agree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any items within six (6) months after my death, my Personal Representative shall divide those items among the persons entitled to them and that division will be conclusive and binding. Any items not claimed by all beneficiaries entitled to such items within six (6) months after my death may be donated or otherwise disposed of. All expenses of packing, shipping, insurance, delivery, and storage (before distribution) of my tangible personal property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administration of my estate.</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My Residuary Estate</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all the rest, residue, and remainder of my estate in equal shares to my descendants who survive me, per stirpes, outright and free of trusts, subject to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provided, however, that if any one or more of my children has not reached age 25 at the time for distribution of my estate, the rest, residue, and remainder of my estate shall instead be held in one trust under the terms set forth in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If I have no living descendants at the time of my death, then my Personal Representative shall distribute my remaining estate to my heirs at law, determined at that time as if I had died unmarried and intestate under Florida law then in effect, subject to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COMMON TRUST FOR DESCENDANTS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The Trustee shall hold, administer, and distribute the trust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for the benefit of my children who are then living and any descendants,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mine who are then living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trust beneficiary” and collectively the “common trust beneficiaries”)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Discretionary Distributions</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The Trustee may pay to any one or more common trust beneficiaries or apply for his, her, or their benefit, in equal or unequal shares, any income and principal from the trust that the Trustee in its discretion deems necessary or advisable for the health, education, support, and maintenance, and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serving for the best interests of any one or more common trust beneficiaries, either individually or collectively. In making these payments, the Trustee may pay or apply more for some common trust beneficiaries than for others and may make payments to or for one or more common trust beneficiaries to the exclusion of others. No amount paid or applied need thereafter be repaid to the Trustee or restored to the trust and no distribution made under this paragraph shall be charged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Principal</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When all of my children have reached age 25, the Trustee shall divide the remainder of the trust into equal shares for my then living descendants, per stirpes, and distribute such shares outright and free of trust, subject to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Alternative Distribution</w:t>
      </w:r>
      <w:r>
        <w:rPr>
          <w:rFonts w:ascii="Times New Roman" w:hAnsi="Times New Roman" w:eastAsia="Times New Roman" w:cs="Times New Roman"/>
          <w:b w:val="0"/>
          <w:sz w:val="24"/>
        </w:rPr>
        <w:t>.</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If none of the beneficiaries under the preceding provisions survive to receive full distribution of the trust, the Trustee shall distribute all remaining assets to my heirs at law, determined at that time as if I had died unmarried and intestate under Florida law then in effect, subject to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STANDBY TRUST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any assets are distributable under this Will (other than by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not then reached age 21, or who in the judgment of the Trustee is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the Trustee will hold that person's share in trust for his or her benefit. In determining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disability, the Trustee may rely conclusively upon the opinion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retained by it to make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The Trustee may pay to that person or apply for his or her benefit any income and principal of this separate trust that the Trustee in its discretion deems necessary or advisable for the person's health, education, support, and maintenance, or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serving, as the Independent Trustee determines to be in the person’s best interests. When the person reaches age 21 or when that person's disability, in the judgment of the Trustee, ceases to exist, the Trustee shall distribute the remaining assets of this separate trust to that person. If that person dies before complete distribution of this separate trust, the remaining trust assets are to be distributed, subject to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that person's then living descendants, per stirpes; or if none,</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then living descendants, per stirpes, of that person's closest ancestor in degree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if none,</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my then living descendants, per stirpes; or if none,</w:t>
      </w:r>
    </w:p>
    <w:p>
      <w:pPr>
        <w:keepNext w:val="0"/>
        <w:spacing w:before="120" w:after="0" w:line="260" w:lineRule="exact"/>
        <w:ind w:left="1440" w:right="0" w:firstLine="0"/>
        <w:jc w:val="left"/>
      </w:pPr>
      <w:r>
        <w:rPr>
          <w:rFonts w:ascii="Times New Roman" w:hAnsi="Times New Roman" w:eastAsia="Times New Roman" w:cs="Times New Roman"/>
          <w:b w:val="0"/>
          <w:sz w:val="24"/>
        </w:rPr>
        <w:t>4.4.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my heirs at law, determined under Florida law then in effect as if I had died intestate and unmarried on that date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Florida.</w:t>
      </w:r>
    </w:p>
    <w:p>
      <w:pPr>
        <w:keepNext w:val="0"/>
        <w:spacing w:before="200" w:after="0" w:line="260" w:lineRule="exact"/>
        <w:ind w:left="1080" w:right="0" w:firstLine="0"/>
        <w:jc w:val="both"/>
      </w:pPr>
      <w:r>
        <w:rPr>
          <w:rFonts w:ascii="Times New Roman" w:hAnsi="Times New Roman" w:eastAsia="Times New Roman" w:cs="Times New Roman"/>
          <w:b w:val="0"/>
          <w:sz w:val="24"/>
        </w:rPr>
        <w:t>This article is to be effective only and is limited in duration to the extent that it does not result in any violation of any applicable Rule Against Perpetuities or similar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PERSONAL REPRESENTATIVE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appoint my [relationship, (i.e., brother)], [name of personal representative] as Personal Representative of my estate. If [he or she] fails or ceases to serve, I appoint my [relationship, (i.e., sister)], [name of successor personal representative], to serve as Personal Representative.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will be entitled to reasonable compensation. I direct that no Personal Representative be required to post bond or other security.</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TRUSTEE</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Trustee</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appoint [relationship], [name of trustee], as the Trustee of all trusts created by this Will. If [he or she] fails or ceases to serve, I appoint my [relationship], [successor trustee], to serve as Trustee.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may serve but is not required.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entity that is not related or subordinate to 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beneficiary (as if that beneficiary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under Section 672(c) of the Internal Revenue Code.</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Further Successors</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persons named above to serve as successor and alternate Trustees (whether or not then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name by unanimous written agreement descendants of my parents (or spouses of any such descendants) to serve as additional successor Trustees; may name alternate successor Trustees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order of preference; and may remove persons as alternate designees, provided that the alternate designee has not commenced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If any person named above dies or is no longer legally competent, the remaining persons named, including those successors named as provided in this Article, may exercise these powers.</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Succession if No Designation</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there is no person serving as Trustee at any time, and if no alternate Trustees have been designated in the manner provided above, or if designated, they fail to serve, additional Trustees will be selected in the following manner so that there will always be one Trustee serving from time to time. Each vacancy in the office of Trustee is to be filled by my oldest then living descendant, or the natural or legal guardians of such beneficiary. If that descendant declines or is unable to serve, the vacancy will be filled in the same manner by appointing the next oldest descendant who is eligible to serve.</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order and direct that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Compensation</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All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108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Resignation</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PROVISIONS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any beneficiary is required to survive me or another person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and if the beneficiary does not survive me or that other person by 90 days, or if that beneficiary cannot be located within one (1) year after the admission of this Will to probate despite reasonable attempts by my Personal Representative to locate that beneficiary, the beneficiary will be treated as if he or she died before me or that other person.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PROTECTION OF INTERESTS</w:t>
      </w:r>
    </w:p>
    <w:p>
      <w:pPr>
        <w:keepNext w:val="0"/>
        <w:spacing w:before="120" w:after="0" w:line="260" w:lineRule="exact"/>
        <w:ind w:left="1080" w:right="0" w:firstLine="240"/>
        <w:jc w:val="left"/>
      </w:pPr>
      <w:r>
        <w:rPr>
          <w:rFonts w:ascii="Times New Roman" w:hAnsi="Times New Roman" w:eastAsia="Times New Roman" w:cs="Times New Roman"/>
          <w:b w:val="0"/>
          <w:sz w:val="24"/>
        </w:rPr>
        <w:t>The interest of any beneficiary under this Will, in both income or principal, may not be voluntarily or involuntarily anticipated, alienated, or in any other manner assigned by the beneficiary and will not be subject to any legal process, bankruptcy proceedings, or the interference or control of the beneficiary's creditors or others.</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OF EXPENSES AND TAXES</w:t>
      </w:r>
    </w:p>
    <w:p>
      <w:pPr>
        <w:keepNext w:val="0"/>
        <w:spacing w:before="120" w:after="0" w:line="260" w:lineRule="exact"/>
        <w:ind w:left="1080" w:right="0" w:firstLine="240"/>
        <w:jc w:val="left"/>
      </w:pPr>
      <w:r>
        <w:rPr>
          <w:rFonts w:ascii="Times New Roman" w:hAnsi="Times New Roman" w:eastAsia="Times New Roman" w:cs="Times New Roman"/>
          <w:b w:val="0"/>
          <w:sz w:val="24"/>
        </w:rPr>
        <w:t>My Personal Representative is authorized in its discretion to use the principal and income of my estate as it deems necessary or advisable for the payment of any legally enforceable obligations, costs of my last illness and funeral, and any estate transmission and management expenses incurred in the administration of my estate. My Personal Representative shall pay all estate or inheritance taxes from my residuary estate, without apportionment. If any life insurance proceeds or other death benefits that are exempt from claims of creditors become payable to my estate, those proceeds may be made available for the payment of taxes and expenses of administration of my estate, but shall be paid directly to the Trustee and held in trust and distributed as provided for my residuary estate, shall not be deemed to be part of my probate estate, and shall not be used for the payment of claims and debts against my estate. If any funds become available to the trustees of any trust, including without limit, life insurance, qualified employee benefit plans, individual retirement accounts, or other property from sources specified in Section 2039 of the Internal Revenue Code, and those funds are not otherwise included in my gross estate for federal estate tax purposes, then none of those funds may be used to pay, directly or indirectly, any debts, taxes, or expenses of mine or my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PERSONAL REPRESENTATIVE AND TRUSTEE</w:t>
      </w:r>
    </w:p>
    <w:p>
      <w:pPr>
        <w:keepNext w:val="0"/>
        <w:spacing w:before="120" w:after="0" w:line="260" w:lineRule="exact"/>
        <w:ind w:left="1080" w:right="0" w:firstLine="240"/>
        <w:jc w:val="left"/>
      </w:pPr>
      <w:r>
        <w:rPr>
          <w:rFonts w:ascii="Times New Roman" w:hAnsi="Times New Roman" w:eastAsia="Times New Roman" w:cs="Times New Roman"/>
          <w:b w:val="0"/>
          <w:sz w:val="24"/>
        </w:rPr>
        <w:t>The Personal Representatives and Trustees named in this Will, and their successors, shall be governed by the provisions of Florida Statutes then in force and effect that are not in conflict with this instrument, and shall have all additional powers and protection granted by statute to Personal Representatives and to Trustees at the time of application that are not in conflict with this instrument. In addition and not in limitation of any common-law or statutory authority, and without notice or order of court, they shall have the powers and responsibilities described below to be exercised in their absolute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10.1.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both real and personal property, for the purpose of obtaining funds for payment of taxes, claims and making distribution, conversion into cash, management of the property and for every other proper purpose, they may acquire, retain, invest, reinvest, exchange, lease, sell, borrow, mortgage, pledge, transfer, and convey in such manner and on such terms without limit as to time as they may deem advisable, even for terms beyond the expected administration of my estate and all trusts created hereunder. No purchaser or lender shall be held liable to see to the propriety of the transaction nor to the application of the proceeds.</w:t>
      </w:r>
    </w:p>
    <w:p>
      <w:pPr>
        <w:keepNext w:val="0"/>
        <w:spacing w:before="120" w:after="0" w:line="260" w:lineRule="exact"/>
        <w:ind w:left="1440" w:right="0" w:firstLine="0"/>
        <w:jc w:val="left"/>
      </w:pPr>
      <w:r>
        <w:rPr>
          <w:rFonts w:ascii="Times New Roman" w:hAnsi="Times New Roman" w:eastAsia="Times New Roman" w:cs="Times New Roman"/>
          <w:b w:val="0"/>
          <w:sz w:val="24"/>
        </w:rPr>
        <w:t>10.2.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estate and trust property in bonds, stocks, mortgages, notes, or other property of any kind, real or personal, suitable for the investment of estate and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all or any portion of administration expenses, debts, and taxes out of income or principal and to accumulate the income of the estate for this purpose. Unless otherwise provided by this instrument, the amounts paid from income shall be charged against income, and those payments shall require no reimbursements or adjustment of the accounts of the estate or of the shares that the beneficiaries shall be entitled to receive in income or principal.</w:t>
      </w:r>
    </w:p>
    <w:p>
      <w:pPr>
        <w:keepNext w:val="0"/>
        <w:spacing w:before="120" w:after="0" w:line="260" w:lineRule="exact"/>
        <w:ind w:left="1440" w:right="0" w:firstLine="0"/>
        <w:jc w:val="left"/>
      </w:pPr>
      <w:r>
        <w:rPr>
          <w:rFonts w:ascii="Times New Roman" w:hAnsi="Times New Roman" w:eastAsia="Times New Roman" w:cs="Times New Roman"/>
          <w:b w:val="0"/>
          <w:sz w:val="24"/>
        </w:rPr>
        <w:t>10.4.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expenses that are reasonable in the judgment of the Personal Representative for the delivery of bequests.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any pledge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charity made by me in writing, if in the judgment of the Personal Representative I would want the pledge paid.</w:t>
      </w:r>
    </w:p>
    <w:p>
      <w:pPr>
        <w:keepNext w:val="0"/>
        <w:spacing w:before="120" w:after="0" w:line="260" w:lineRule="exact"/>
        <w:ind w:left="1440" w:right="0" w:firstLine="0"/>
        <w:jc w:val="left"/>
      </w:pPr>
      <w:r>
        <w:rPr>
          <w:rFonts w:ascii="Times New Roman" w:hAnsi="Times New Roman" w:eastAsia="Times New Roman" w:cs="Times New Roman"/>
          <w:b w:val="0"/>
          <w:sz w:val="24"/>
        </w:rPr>
        <w:t>10.6.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distribution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bequest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distribution may be made to any appropriate person chosen by the Trustee (who may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as custodian for the minor under the Florida Uniform Transfers to Minors Act, or under any Uniform Gifts to Minors Act. If there is no custodian so appointed, the Personal Representative or Trustee may appoint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and any party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or Trustee may be so appointed.</w:t>
      </w:r>
    </w:p>
    <w:p>
      <w:pPr>
        <w:keepNext w:val="0"/>
        <w:spacing w:before="120" w:after="0" w:line="260" w:lineRule="exact"/>
        <w:ind w:left="1440" w:right="0" w:firstLine="0"/>
        <w:jc w:val="left"/>
      </w:pPr>
      <w:r>
        <w:rPr>
          <w:rFonts w:ascii="Times New Roman" w:hAnsi="Times New Roman" w:eastAsia="Times New Roman" w:cs="Times New Roman"/>
          <w:b w:val="0"/>
          <w:sz w:val="24"/>
        </w:rPr>
        <w:t>10.7.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required or permitted to divide and distribute my estate, to make such division or distribution in money or in kind, or partly in money and partly in kind.</w:t>
      </w:r>
    </w:p>
    <w:p>
      <w:pPr>
        <w:keepNext w:val="0"/>
        <w:spacing w:before="120" w:after="0" w:line="260" w:lineRule="exact"/>
        <w:ind w:left="1440" w:right="0" w:firstLine="0"/>
        <w:jc w:val="left"/>
      </w:pPr>
      <w:r>
        <w:rPr>
          <w:rFonts w:ascii="Times New Roman" w:hAnsi="Times New Roman" w:eastAsia="Times New Roman" w:cs="Times New Roman"/>
          <w:b w:val="0"/>
          <w:sz w:val="24"/>
        </w:rPr>
        <w:t>10.8.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contract to sell, convey, exchange, transfer, and otherwise deal with the trust property, real or personal, and any reinvestments thereof from time to time for such price and upon such terms as the Trustee sees fit.</w:t>
      </w:r>
    </w:p>
    <w:p>
      <w:pPr>
        <w:keepNext w:val="0"/>
        <w:spacing w:before="120" w:after="0" w:line="260" w:lineRule="exact"/>
        <w:ind w:left="1440" w:right="0" w:firstLine="0"/>
        <w:jc w:val="left"/>
      </w:pPr>
      <w:r>
        <w:rPr>
          <w:rFonts w:ascii="Times New Roman" w:hAnsi="Times New Roman" w:eastAsia="Times New Roman" w:cs="Times New Roman"/>
          <w:b w:val="0"/>
          <w:sz w:val="24"/>
        </w:rPr>
        <w:t>10.9.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accountants and attorneys and such agents as may be deemed advisable, and to pay them reasonable compensation for their services.</w:t>
      </w:r>
    </w:p>
    <w:p>
      <w:pPr>
        <w:keepNext w:val="0"/>
        <w:spacing w:before="120" w:after="0" w:line="260" w:lineRule="exact"/>
        <w:ind w:left="1440" w:right="0" w:firstLine="0"/>
        <w:jc w:val="left"/>
      </w:pPr>
      <w:r>
        <w:rPr>
          <w:rFonts w:ascii="Times New Roman" w:hAnsi="Times New Roman" w:eastAsia="Times New Roman" w:cs="Times New Roman"/>
          <w:b w:val="0"/>
          <w:sz w:val="24"/>
        </w:rPr>
        <w:t>10.10.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distribute income and principal in cash or in kind, or partly in each, and to allocate or distribute undivided interests or different assets or disproportionate interests in assets, and no adjustment shall be made to compensate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 allocation of unrealized gain for Federal Income Tax purposes; to value the estate or trust property and to sell any part or all thereof in order to make allocation or distribution. All actions taken by the Personal Representative or Trustee pursuant to this subparagraph shall be absolutely binding and conclusive.</w:t>
      </w:r>
    </w:p>
    <w:p>
      <w:pPr>
        <w:keepNext w:val="0"/>
        <w:spacing w:before="120" w:after="0" w:line="260" w:lineRule="exact"/>
        <w:ind w:left="1440" w:right="0" w:firstLine="0"/>
        <w:jc w:val="left"/>
      </w:pPr>
      <w:r>
        <w:rPr>
          <w:rFonts w:ascii="Times New Roman" w:hAnsi="Times New Roman" w:eastAsia="Times New Roman" w:cs="Times New Roman"/>
          <w:b w:val="0"/>
          <w:sz w:val="24"/>
        </w:rPr>
        <w:t>10.11.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in Treasury Bills, savings accounts, certificates of deposit, commercial paper, or other investments that produce income only without regard to appreciation in value, if the same be deemed advisable or necessary by my Personal Representative or Trustee.</w:t>
      </w:r>
    </w:p>
    <w:p>
      <w:pPr>
        <w:keepNext w:val="0"/>
        <w:spacing w:before="120" w:after="0" w:line="260" w:lineRule="exact"/>
        <w:ind w:left="1440" w:right="0" w:firstLine="0"/>
        <w:jc w:val="left"/>
      </w:pPr>
      <w:r>
        <w:rPr>
          <w:rFonts w:ascii="Times New Roman" w:hAnsi="Times New Roman" w:eastAsia="Times New Roman" w:cs="Times New Roman"/>
          <w:b w:val="0"/>
          <w:sz w:val="24"/>
        </w:rPr>
        <w:t>10.12.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prepare and file tax returns for my estate and trust estate; to adjust, compromise, and liquidate any tax or taxes imposed on or with respect to any property or funds, principal and income, of my estate and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10.13.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adjust, settle, compromise, or arbitrate any claims or demands, in favor of or against my estate and trust estate and to prosecute and defend any and all legal proceedings so far as they shall deem necessary or advisable.</w:t>
      </w:r>
    </w:p>
    <w:p>
      <w:pPr>
        <w:keepNext w:val="0"/>
        <w:spacing w:before="120" w:after="0" w:line="260" w:lineRule="exact"/>
        <w:ind w:left="1440" w:right="0" w:firstLine="0"/>
        <w:jc w:val="left"/>
      </w:pPr>
      <w:r>
        <w:rPr>
          <w:rFonts w:ascii="Times New Roman" w:hAnsi="Times New Roman" w:eastAsia="Times New Roman" w:cs="Times New Roman"/>
          <w:b w:val="0"/>
          <w:sz w:val="24"/>
        </w:rPr>
        <w:t>10.14.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that may be given or granted to my Trustees for the purpose of any trust created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10.15.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two or more trusts or other funds in one or more consolidated funds, in which the separate trusts or funds shall have undivided interests.</w:t>
      </w:r>
    </w:p>
    <w:p>
      <w:pPr>
        <w:keepNext w:val="0"/>
        <w:spacing w:before="120" w:after="0" w:line="260" w:lineRule="exact"/>
        <w:ind w:left="1440" w:right="0" w:firstLine="0"/>
        <w:jc w:val="left"/>
      </w:pPr>
      <w:r>
        <w:rPr>
          <w:rFonts w:ascii="Times New Roman" w:hAnsi="Times New Roman" w:eastAsia="Times New Roman" w:cs="Times New Roman"/>
          <w:b w:val="0"/>
          <w:sz w:val="24"/>
        </w:rPr>
        <w:t>10.16.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consolidate and merge, into one trust, any trust created under this Will with any other trust containing the same beneficial interests during administration and the same dispositive provisions upon termination; provided that there are no adverse tax consequences therefrom.</w:t>
      </w:r>
    </w:p>
    <w:p>
      <w:pPr>
        <w:keepNext w:val="0"/>
        <w:spacing w:before="120" w:after="0" w:line="260" w:lineRule="exact"/>
        <w:ind w:left="1440" w:right="0" w:firstLine="0"/>
        <w:jc w:val="left"/>
      </w:pPr>
      <w:r>
        <w:rPr>
          <w:rFonts w:ascii="Times New Roman" w:hAnsi="Times New Roman" w:eastAsia="Times New Roman" w:cs="Times New Roman"/>
          <w:b w:val="0"/>
          <w:sz w:val="24"/>
        </w:rPr>
        <w:t>10.17.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other acts necessary or appropriate for the proper administration of the estate and trust, execute and deliver necessary instruments, and give full receipts and discharges.</w:t>
      </w:r>
    </w:p>
    <w:p>
      <w:pPr>
        <w:keepNext w:val="0"/>
        <w:spacing w:before="120" w:after="0" w:line="260" w:lineRule="exact"/>
        <w:ind w:left="1440" w:right="0" w:firstLine="0"/>
        <w:jc w:val="left"/>
      </w:pPr>
      <w:r>
        <w:rPr>
          <w:rFonts w:ascii="Times New Roman" w:hAnsi="Times New Roman" w:eastAsia="Times New Roman" w:cs="Times New Roman"/>
          <w:b w:val="0"/>
          <w:sz w:val="24"/>
        </w:rPr>
        <w:t>10.18.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or refrain from allocating the Generation Skipping Transfer (GST) Tax exemption as defined in I.R.C. § 2631, as amended, in part or in whole, to any property with respect to which I am the transferor, whether or not such property has passed pursuant to the provisions of this Will or otherwise, in which manner as the fiduciaries shall, in the fiduciaries’ sole discretion and without court approval, deem appropriate; and to segregate, divide, and fund separate shares within any trust created hereunder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as to separate shares within such trust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other than zero. The express grant of power made pursuant to this paragraph shall not limit or preclude the fiduciaries’ exercise of other election and options granted to the fiduciaries generally under the Internal Revenue Code or other statute or rule. The fiduciaries may take into account any factors and circumstances deemed appropriate (including, without limitation, anticipated life expectancies of persons who may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any property passing hereunder, equalities of treatment among different beneficiaries, the inclusion ratio of any trust property to which such allocation may be made, computation of combined estate, gift, and generation-skipping transfer taxes, and any allocations made by me during my lifetime). Any decisions made by the fiduciaries pursuant to this paragraph shall be absolutely binding and conclusive upon all interested persons and the fiduciaries shall not be liable with respect to the allocations and elections made as among differing beneficiaries or for the imposition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tax than may have been imposed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10.19.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 access, modify, delete, control and transfer my digital assets, whether or not the fiduciary is the original user of such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Access any of my electronically stored information; access the content of any communication that has been electronically stored by the service provider for that communication or that is carried or maintained by the service provider for that communication; and access any record or other information pertaining to me with respect to that service. I direct that the terms used in this authorization are to be construed as broadly as possible and that this authorization of access be construed as my lawful consent under the Florida Fiduciary Access to Digital Assets Act;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any provision of this Will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11.1.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other than limited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Article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11.2.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Will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other than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If there is no Trustee in office who can exercise such power, then subject to the provisions of this Article, the Trustee shall resign as Trustee, or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11.3.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Section 672(c) of the Internal Revenue Code if such trustee was removed.</w:t>
      </w:r>
    </w:p>
    <w:p>
      <w:pPr>
        <w:keepNext w:val="0"/>
        <w:spacing w:before="120" w:after="0" w:line="260" w:lineRule="exact"/>
        <w:ind w:left="1440" w:right="0" w:firstLine="0"/>
        <w:jc w:val="left"/>
      </w:pPr>
      <w:r>
        <w:rPr>
          <w:rFonts w:ascii="Times New Roman" w:hAnsi="Times New Roman" w:eastAsia="Times New Roman" w:cs="Times New Roman"/>
          <w:b w:val="0"/>
          <w:sz w:val="24"/>
        </w:rPr>
        <w:t>11.4.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11.5.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Applicable Law</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All matters involving the validity and interpretation of this Will are to be governed by Florida law. Subject to the provisions of this Will, all matters involving the administration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are to be governed by the laws of the jurisdiction in which the trust has its principal place of administration. In the sole and absolute discretion of the Trustee, the location of the situs of the Trust may be transferred to such other jurisdiction as to provide for ease of administration or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 of any trust created hereunder elects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Provision</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or controversy of any nature involving the disposition or administration of my estate, I direct the parties in dispute to submit the matter to mediation or some other method of alternative dispute resolution selected by them.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refuses to submit the matter to alternative dispute resolution,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refuses to participate in good faith, I authorize the court having jurisdiction over my estate to award costs and attorney's fees from that party's beneficial share or from other amounts payable to that party (including amounts payable to that party as compensation for service as fiduciary) as in chancery actions.</w:t>
      </w:r>
    </w:p>
    <w:p>
      <w:pPr>
        <w:keepNext w:val="0"/>
        <w:spacing w:before="120" w:after="0" w:line="260" w:lineRule="exact"/>
        <w:ind w:left="108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Gender and Number</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Reference in this Will to any gender includes either masculine or feminine, as appropriate, and reference to any number includes both singular and plural where the context permits or requires.</w:t>
      </w:r>
    </w:p>
    <w:p>
      <w:pPr>
        <w:keepNext w:val="0"/>
        <w:spacing w:before="120" w:after="0" w:line="260" w:lineRule="exact"/>
        <w:ind w:left="108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Use of descriptive titles for articles and paragraphs is for the purpose of convenience only and is not intended to restrict the application of those provisions.</w:t>
      </w:r>
    </w:p>
    <w:p>
      <w:pPr>
        <w:keepNext w:val="0"/>
        <w:spacing w:before="200" w:after="0" w:line="260" w:lineRule="exact"/>
        <w:ind w:left="360" w:right="0" w:firstLine="0"/>
        <w:jc w:val="both"/>
      </w:pPr>
      <w:r>
        <w:rPr>
          <w:rFonts w:ascii="Times New Roman" w:hAnsi="Times New Roman" w:eastAsia="Times New Roman" w:cs="Times New Roman"/>
          <w:b w:val="0"/>
          <w:sz w:val="24"/>
        </w:rPr>
        <w:t>Executed at [city], Florida, on [Month Day, 20__].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360" w:right="0" w:firstLine="240"/>
        <w:jc w:val="left"/>
      </w:pPr>
      <w:r>
        <w:rPr>
          <w:rFonts w:ascii="Times New Roman" w:hAnsi="Times New Roman" w:eastAsia="Times New Roman" w:cs="Times New Roman"/>
          <w:b w:val="0"/>
          <w:sz w:val="24"/>
        </w:rPr>
        <w:t>This instrument was signed, sealed, published, and declared by [name of testator], Testator, as [his/her] Last Will and Testament in our joint presence, and at [his/her] request we have signed our names as attesting witnesses in [his/her] presence and in the presence of each other on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Witness Signatures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STATE OF FLORIDA </w:t>
      </w:r>
    </w:p>
    <w:p>
      <w:pPr>
        <w:keepNext w:val="0"/>
        <w:spacing w:before="6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240"/>
        <w:jc w:val="left"/>
      </w:pPr>
      <w:r>
        <w:rPr>
          <w:rFonts w:ascii="Times New Roman" w:hAnsi="Times New Roman" w:eastAsia="Times New Roman" w:cs="Times New Roman"/>
          <w:b w:val="0"/>
          <w:sz w:val="24"/>
        </w:rPr>
        <w:t>I, [name of testator], declare to the officer taking my acknowledgment of this instrument, and to the subscribing witnesses, that I signed this instrument as my Last Will and Testament.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testator]</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We, ______________________________ and ______________________________, have been sworn by the officer signing below, and declare to that officer on our oaths that the [name of testator] declared the instrument to be [his/her] Last Will and Testament and signed it in our presence, and that we each signed the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in the presence of the testator and of each other.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Witness Signature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Witness Signature</w:t>
      </w:r>
    </w:p>
    <w:p>
      <w:pPr>
        <w:keepNext w:val="0"/>
        <w:spacing w:before="200" w:after="0" w:line="260" w:lineRule="exact"/>
        <w:ind w:left="360" w:right="0" w:firstLine="0"/>
        <w:jc w:val="both"/>
      </w:pPr>
      <w:r>
        <w:rPr>
          <w:rFonts w:ascii="Times New Roman" w:hAnsi="Times New Roman" w:eastAsia="Times New Roman" w:cs="Times New Roman"/>
          <w:b w:val="0"/>
          <w:sz w:val="24"/>
        </w:rPr>
        <w:t>Acknowledged and subscribed before me by means of ☐ physical presence or ☐ online notarization by [name of testator/testatrix], who ☐ is personally known to me or ☐ produced ____________________ as identification, and sworn to and subscribed before me by means of ☐ physical presence or ☐ online notarization by [name of first witness], who ☐ is personally known to me or ☐ produced ____________________ as identification, and sworn to and subscribed before me by means of ☐ physical presence or ☐ online notarization by [name of second witness], who ☐ is personally known to me or ☐ produced ____________________ as identification, and subscribed by me in the presence of the [testator/testatrix] and the subscribing witnesses, all on [day],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360" w:right="0" w:firstLine="0"/>
        <w:jc w:val="both"/>
      </w:pPr>
      <w:r>
        <w:rPr>
          <w:rFonts w:ascii="Times New Roman" w:hAnsi="Times New Roman" w:eastAsia="Times New Roman" w:cs="Times New Roman"/>
          <w:b w:val="0"/>
          <w:sz w:val="24"/>
        </w:rPr>
        <w:t>(NOTARIAL SEAL)</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Number is: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