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Single Individual without Children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residing in the County of [name of county], State of New York, do hereby make, publish, and declare this to be my Last Will and Testament, hereby revoking any and all my previous wills and codicils.</w:t>
      </w:r>
    </w:p>
    <w:p>
      <w:pPr>
        <w:keepNext w:val="0"/>
        <w:spacing w:before="200" w:after="0" w:line="260" w:lineRule="exact"/>
        <w:ind w:left="720" w:right="0" w:firstLine="0"/>
        <w:jc w:val="both"/>
      </w:pPr>
      <w:r>
        <w:rPr>
          <w:rFonts w:ascii="Times New Roman" w:hAnsi="Times New Roman" w:eastAsia="Times New Roman" w:cs="Times New Roman"/>
          <w:b w:val="0"/>
          <w:sz w:val="24"/>
        </w:rPr>
        <w:t>First: I give, devise, and bequeath all my estate, real, personal, and mixed, of whatever kind and nature and wherever situated, of which I may die seized or possessed, or in which I may have any interest or over which I may have any power of appointment or testamentary disposition outright to [name of beneficiary]. Should [name of beneficiary], not survive me, I give, devise, and bequeath the said property outright to [name of alternate beneficiary].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Second: </w:t>
      </w:r>
      <w:r>
        <w:rPr>
          <w:rFonts w:ascii="Times New Roman" w:hAnsi="Times New Roman" w:eastAsia="Times New Roman" w:cs="Times New Roman"/>
          <w:b/>
          <w:sz w:val="24"/>
        </w:rPr>
        <w:t>A</w:t>
      </w:r>
      <w:r>
        <w:rPr>
          <w:rFonts w:ascii="Times New Roman" w:hAnsi="Times New Roman" w:eastAsia="Times New Roman" w:cs="Times New Roman"/>
          <w:b w:val="0"/>
          <w:sz w:val="24"/>
        </w:rPr>
        <w:t>. I nominate and appoint [name of executor], to be the executor of my Will. Should [name of executor] not survive me, or shall be unable or unwilling to serve, I nominate and appoint [name of substitute executor], to be the substitute executor of my Will.</w:t>
      </w:r>
    </w:p>
    <w:p>
      <w:pPr>
        <w:keepNext w:val="0"/>
        <w:spacing w:before="200" w:after="0" w:line="260" w:lineRule="exact"/>
        <w:ind w:left="720" w:right="0" w:firstLine="0"/>
        <w:jc w:val="both"/>
      </w:pPr>
      <w:r>
        <w:rPr>
          <w:rFonts w:ascii="Times New Roman" w:hAnsi="Times New Roman" w:eastAsia="Times New Roman" w:cs="Times New Roman"/>
          <w:b w:val="0"/>
          <w:sz w:val="24"/>
        </w:rPr>
        <w:t>B. The word executor shall mean the person who qualifies as executor, whether male or female, and indicates successor executors.</w:t>
      </w:r>
    </w:p>
    <w:p>
      <w:pPr>
        <w:keepNext w:val="0"/>
        <w:spacing w:before="200" w:after="0" w:line="260" w:lineRule="exact"/>
        <w:ind w:left="720" w:right="0" w:firstLine="0"/>
        <w:jc w:val="both"/>
      </w:pPr>
      <w:r>
        <w:rPr>
          <w:rFonts w:ascii="Times New Roman" w:hAnsi="Times New Roman" w:eastAsia="Times New Roman" w:cs="Times New Roman"/>
          <w:b w:val="0"/>
          <w:sz w:val="24"/>
        </w:rPr>
        <w:t>C. My executor shall not be required to give any bond or other security for the faithful performance of [his or her] duties as executor in the State of New York or elsewhere.</w:t>
      </w:r>
    </w:p>
    <w:p>
      <w:pPr>
        <w:keepNext w:val="0"/>
        <w:spacing w:before="200" w:after="0" w:line="260" w:lineRule="exact"/>
        <w:ind w:left="720" w:right="0" w:firstLine="0"/>
        <w:jc w:val="both"/>
      </w:pPr>
      <w:r>
        <w:rPr>
          <w:rFonts w:ascii="Times New Roman" w:hAnsi="Times New Roman" w:eastAsia="Times New Roman" w:cs="Times New Roman"/>
          <w:b w:val="0"/>
          <w:sz w:val="24"/>
        </w:rPr>
        <w:t>Third: My executor shall have all the express and implied powers granted to executors by the laws of the State of New York.</w:t>
      </w:r>
    </w:p>
    <w:p>
      <w:pPr>
        <w:keepNext w:val="0"/>
        <w:spacing w:before="200" w:after="0" w:line="260" w:lineRule="exact"/>
        <w:ind w:left="720" w:right="0" w:firstLine="0"/>
        <w:jc w:val="both"/>
      </w:pPr>
      <w:r>
        <w:rPr>
          <w:rFonts w:ascii="Times New Roman" w:hAnsi="Times New Roman" w:eastAsia="Times New Roman" w:cs="Times New Roman"/>
          <w:b w:val="0"/>
          <w:sz w:val="24"/>
        </w:rPr>
        <w:t>Fourth: I hereby authorize my executor to:</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Access, use, and control my digital devices, including, but not limited to, desktop computers, laptop computers, tablets, peripheral storage devices, mobile telephones, smart phones, and any similar digital device that currently exists or may exist as technology develops or such comparable items as technology develops with the purpose of accessing, modifying, deleting, controlling, or transferring my digital assets.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and similar digital items that currently exist or may exist as technology develops or such comparable items as technology develops.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Access any of my electronically stored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Access the content of any communication that has been electronically stored by the service provider for that communication or that is carried or maintained by the service provider for that communication.</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Access any record or other information pertaining to me with respect to that service.</w:t>
      </w:r>
    </w:p>
    <w:p>
      <w:pPr>
        <w:keepNext w:val="0"/>
        <w:spacing w:before="200" w:after="0" w:line="260" w:lineRule="exact"/>
        <w:ind w:left="108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Article 13-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New York Estates, Powers and Trusts Law, as amended; § 156 of the New York Penal Law, as amended; and any other applicable Federal or state data privacy law or criminal law.</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I have hereunto set my hand on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 [signature of testator]</w:t>
      </w:r>
    </w:p>
    <w:p>
      <w:pPr>
        <w:keepNext w:val="0"/>
        <w:spacing w:before="200" w:after="0" w:line="260" w:lineRule="exact"/>
        <w:ind w:left="360" w:right="0" w:firstLine="0"/>
        <w:jc w:val="both"/>
      </w:pPr>
      <w:r>
        <w:rPr>
          <w:rFonts w:ascii="Times New Roman" w:hAnsi="Times New Roman" w:eastAsia="Times New Roman" w:cs="Times New Roman"/>
          <w:b w:val="0"/>
          <w:sz w:val="24"/>
        </w:rPr>
        <w:t>Signed, Published, and Declared by [name of testator], as and for [his or her] Last Will and Testament, in our presence and hearing, and we thereupon at [his or her] request, in [his or her] presence and in the presence of each other, subscribed our names as witnesses on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 [signature of witness #1] residing at [address of witness #1]</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 [signature of witness #2] residing at [address of witness #2]</w:t>
      </w:r>
    </w:p>
    <w:p>
      <w:pPr/>
    </w:p>
    <w:p>
      <w:pPr>
        <w:keepNext w:val="0"/>
        <w:spacing w:before="120" w:after="0" w:line="260" w:lineRule="exact"/>
        <w:ind w:left="360" w:right="0" w:firstLine="0"/>
        <w:jc w:val="left"/>
      </w:pPr>
      <w:r>
        <w:rPr>
          <w:rFonts w:ascii="Times New Roman" w:hAnsi="Times New Roman" w:eastAsia="Times New Roman" w:cs="Times New Roman"/>
          <w:b/>
          <w:sz w:val="24"/>
        </w:rPr>
        <w:t>AFFIDAVIT OF SUBSCRIBING WITNESSES PURSUANT TO SCPA 1406</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MADE AT REQUEST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Each of the undersigned, individually and severally, being duly sworn, deposes and says:</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instrument was subscribed in our presence and sight at the end thereof by [name of testator], hereinafter referred to as the Testator, on the [day] day of [month], [year], at [location of execution ceremony].</w:t>
      </w:r>
    </w:p>
    <w:p>
      <w:pPr>
        <w:keepNext w:val="0"/>
        <w:spacing w:before="200" w:after="0" w:line="260" w:lineRule="exact"/>
        <w:ind w:left="720" w:right="0" w:firstLine="0"/>
        <w:jc w:val="both"/>
      </w:pPr>
      <w:r>
        <w:rPr>
          <w:rFonts w:ascii="Times New Roman" w:hAnsi="Times New Roman" w:eastAsia="Times New Roman" w:cs="Times New Roman"/>
          <w:b w:val="0"/>
          <w:sz w:val="24"/>
        </w:rPr>
        <w:t>The Testator at the time of making such subscription declared the foregoing instrument so subscribed to be [his or her] last Will.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Each of the undersigned thereupon signed [his or her] name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witness at the end of the foregoing Will at the request of the Testator and in [his or her] presence and sight of each other.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Testator, in the respective opinions of the undersigned, could read, write, and converse in the English language and was suffering no defect of sight, hearing or speech, or from any other physical or mental impairment that would affect [his or her] capacity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Will. The foregoing Will was executed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original instrument and was not executed in counterparts.</w:t>
      </w:r>
    </w:p>
    <w:p>
      <w:pPr>
        <w:keepNext w:val="0"/>
        <w:spacing w:before="200" w:after="0" w:line="260" w:lineRule="exact"/>
        <w:ind w:left="720" w:right="0" w:firstLine="0"/>
        <w:jc w:val="both"/>
      </w:pPr>
      <w:r>
        <w:rPr>
          <w:rFonts w:ascii="Times New Roman" w:hAnsi="Times New Roman" w:eastAsia="Times New Roman" w:cs="Times New Roman"/>
          <w:b w:val="0"/>
          <w:sz w:val="24"/>
        </w:rPr>
        <w:t>Each of the undersigned was acquainted with the Testator at such time and makes this affidavit at [his or her] request.</w:t>
      </w:r>
    </w:p>
    <w:p>
      <w:pPr>
        <w:keepNext w:val="0"/>
        <w:spacing w:before="200" w:after="0" w:line="260" w:lineRule="exact"/>
        <w:ind w:left="720" w:right="0" w:firstLine="0"/>
        <w:jc w:val="both"/>
      </w:pPr>
      <w:r>
        <w:rPr>
          <w:rFonts w:ascii="Times New Roman" w:hAnsi="Times New Roman" w:eastAsia="Times New Roman" w:cs="Times New Roman"/>
          <w:b w:val="0"/>
          <w:sz w:val="24"/>
        </w:rPr>
        <w:t>Each of the undersigned has, contemporaneously with the execution of this affidavit, examined the signatures at the end of the foregoing Will and such signatures are the signatures affixed by the Testator and by each of the undersigned.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foregoing instrument was executed by the Testator and witnessed by each of the undersigned affiants under the supervision of [name of supervising attorney],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attorney-at-law.</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 [signature of witness #1] [full address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 [signature of witness #2] [full address of witness #2]</w:t>
      </w:r>
    </w:p>
    <w:p>
      <w:pPr>
        <w:keepNext w:val="0"/>
        <w:spacing w:before="200" w:after="0" w:line="260" w:lineRule="exact"/>
        <w:ind w:left="720" w:right="0" w:firstLine="0"/>
        <w:jc w:val="both"/>
      </w:pPr>
      <w:r>
        <w:rPr>
          <w:rFonts w:ascii="Times New Roman" w:hAnsi="Times New Roman" w:eastAsia="Times New Roman" w:cs="Times New Roman"/>
          <w:b w:val="0"/>
          <w:sz w:val="24"/>
        </w:rPr>
        <w:t>Severally sworn to before me this [day] day of [month, year]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Notary]</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