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70" w:after="0"/>
        <w:ind w:hanging="1665"/>
      </w:pPr>
      <w:r>
        <w:rPr>
          <w:rFonts w:ascii="Times New Roman" w:hAnsi="Times New Roman" w:eastAsia="Times New Roman" w:cs="Times New Roman"/>
          <w:sz w:val="24"/>
        </w:rPr>
        <w:t>Wisconsin</w:t>
      </w:r>
      <w:r>
        <w:rPr>
          <w:rFonts w:ascii="Times New Roman" w:hAnsi="Times New Roman" w:eastAsia="Times New Roman" w:cs="Times New Roman"/>
          <w:sz w:val="24"/>
        </w:rPr>
        <w:t xml:space="preserve"> </w:t>
      </w:r>
      <w:r>
        <w:rPr>
          <w:rFonts w:ascii="Times New Roman" w:hAnsi="Times New Roman" w:eastAsia="Times New Roman" w:cs="Times New Roman"/>
          <w:sz w:val="24"/>
        </w:rPr>
        <w:t>14</w:t>
      </w:r>
      <w:r>
        <w:rPr>
          <w:rFonts w:ascii="Times New Roman" w:hAnsi="Times New Roman" w:eastAsia="Times New Roman" w:cs="Times New Roman"/>
          <w:sz w:val="24"/>
        </w:rPr>
        <w:t>-</w:t>
      </w:r>
      <w:r>
        <w:rPr>
          <w:rFonts w:ascii="Times New Roman" w:hAnsi="Times New Roman" w:eastAsia="Times New Roman" w:cs="Times New Roman"/>
          <w:sz w:val="24"/>
        </w:rPr>
        <w:t>Day</w:t>
      </w:r>
      <w:r>
        <w:rPr>
          <w:rFonts w:ascii="Times New Roman" w:hAnsi="Times New Roman" w:eastAsia="Times New Roman" w:cs="Times New Roman"/>
          <w:sz w:val="24"/>
        </w:rPr>
        <w:t xml:space="preserve"> </w:t>
      </w:r>
      <w:r>
        <w:rPr>
          <w:rFonts w:ascii="Times New Roman" w:hAnsi="Times New Roman" w:eastAsia="Times New Roman" w:cs="Times New Roman"/>
          <w:sz w:val="24"/>
        </w:rPr>
        <w:t>Notice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Vacate</w:t>
      </w:r>
      <w:r>
        <w:rPr>
          <w:rFonts w:ascii="Times New Roman" w:hAnsi="Times New Roman" w:eastAsia="Times New Roman" w:cs="Times New Roman"/>
          <w:sz w:val="24"/>
        </w:rPr>
        <w:t xml:space="preserve"> </w:t>
      </w:r>
      <w:r>
        <w:rPr>
          <w:rFonts w:ascii="Times New Roman" w:hAnsi="Times New Roman" w:eastAsia="Times New Roman" w:cs="Times New Roman"/>
          <w:sz w:val="24"/>
        </w:rPr>
        <w:t>Premises</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Breach</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Agreement</w:t>
      </w:r>
    </w:p>
    <w:p>
      <w:pPr>
        <w:spacing w:before="1" w:after="0"/>
      </w:pPr>
    </w:p>
    <w:p>
      <w:pPr>
        <w:spacing w:before="101" w:after="0"/>
      </w:pPr>
      <w:r>
        <w:rPr>
          <w:rFonts w:ascii="Times New Roman" w:hAnsi="Times New Roman" w:eastAsia="Times New Roman" w:cs="Times New Roman"/>
          <w:sz w:val="24"/>
        </w:rPr>
        <w:t>TO:</w:t>
      </w:r>
    </w:p>
    <w:p>
      <w:pPr/>
    </w:p>
    <w:p>
      <w:pPr>
        <w:spacing w:before="8" w:after="0"/>
      </w:pPr>
    </w:p>
    <w:p>
      <w:pPr>
        <w:spacing w:line="196" w:lineRule="exact"/>
      </w:pP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w:t>
      </w:r>
    </w:p>
    <w:p>
      <w:pPr/>
    </w:p>
    <w:p>
      <w:pPr>
        <w:spacing w:before="7" w:after="0"/>
      </w:pPr>
    </w:p>
    <w:p>
      <w:pPr>
        <w:spacing w:line="199" w:lineRule="exact"/>
      </w:pPr>
      <w:r>
        <w:rPr>
          <w:rFonts w:ascii="Times New Roman" w:hAnsi="Times New Roman" w:eastAsia="Times New Roman" w:cs="Times New Roman"/>
          <w:sz w:val="24"/>
        </w:rPr>
        <w:t>(address)</w:t>
      </w:r>
    </w:p>
    <w:p>
      <w:pPr/>
    </w:p>
    <w:p>
      <w:pPr>
        <w:spacing w:before="6" w:after="0"/>
      </w:pPr>
    </w:p>
    <w:p>
      <w:pPr>
        <w:spacing w:before="2" w:after="0"/>
      </w:pPr>
    </w:p>
    <w:p>
      <w:pPr>
        <w:spacing w:before="90" w:after="0" w:line="468" w:lineRule="auto"/>
      </w:pP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notifies you that you are in violation 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you</w:t>
      </w:r>
      <w:r>
        <w:rPr>
          <w:rFonts w:ascii="Times New Roman" w:hAnsi="Times New Roman" w:eastAsia="Times New Roman" w:cs="Times New Roman"/>
          <w:sz w:val="24"/>
        </w:rPr>
        <w:t xml:space="preserve"> </w:t>
      </w:r>
      <w:r>
        <w:rPr>
          <w:rFonts w:ascii="Times New Roman" w:hAnsi="Times New Roman" w:eastAsia="Times New Roman" w:cs="Times New Roman"/>
          <w:sz w:val="24"/>
        </w:rPr>
        <w:t>have</w:t>
      </w:r>
      <w:r>
        <w:rPr>
          <w:rFonts w:ascii="Times New Roman" w:hAnsi="Times New Roman" w:eastAsia="Times New Roman" w:cs="Times New Roman"/>
          <w:sz w:val="24"/>
        </w:rPr>
        <w:t xml:space="preserve"> </w:t>
      </w:r>
      <w:r>
        <w:rPr>
          <w:rFonts w:ascii="Times New Roman" w:hAnsi="Times New Roman" w:eastAsia="Times New Roman" w:cs="Times New Roman"/>
          <w:sz w:val="24"/>
        </w:rPr>
        <w:t>with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above premises as follows:</w:t>
      </w:r>
    </w:p>
    <w:p>
      <w:pPr>
        <w:spacing w:before="10" w:after="0"/>
      </w:pPr>
      <w:r>
        <w:rPr>
          <w:rFonts w:ascii="Times New Roman" w:hAnsi="Times New Roman" w:eastAsia="Times New Roman" w:cs="Times New Roman"/>
          <w:sz w:val="24"/>
        </w:rPr>
        <w:t>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VIOLATION:</w:t>
      </w:r>
      <w:r>
        <w:rPr>
          <w:rFonts w:ascii="Times New Roman" w:hAnsi="Times New Roman" w:eastAsia="Times New Roman" w:cs="Times New Roman"/>
          <w:sz w:val="24"/>
        </w:rPr>
        <w:t xml:space="preserve">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appropriate</w:t>
      </w:r>
      <w:r>
        <w:rPr>
          <w:rFonts w:ascii="Times New Roman" w:hAnsi="Times New Roman" w:eastAsia="Times New Roman" w:cs="Times New Roman"/>
          <w:sz w:val="24"/>
        </w:rPr>
        <w:t xml:space="preserve"> </w:t>
      </w:r>
      <w:r>
        <w:rPr>
          <w:rFonts w:ascii="Times New Roman" w:hAnsi="Times New Roman" w:eastAsia="Times New Roman" w:cs="Times New Roman"/>
          <w:sz w:val="24"/>
        </w:rPr>
        <w:t>box)</w:t>
      </w:r>
    </w:p>
    <w:p>
      <w:pPr>
        <w:spacing w:before="230" w:after="0" w:line="247" w:lineRule="auto"/>
        <w:ind w:hanging="255"/>
      </w:pPr>
      <w:r>
        <w:rPr>
          <w:rFonts w:ascii="Times New Roman" w:hAnsi="Times New Roman" w:eastAsia="Times New Roman" w:cs="Times New Roman"/>
          <w:sz w:val="24"/>
        </w:rPr>
        <w:t>In accordance with 704.17(2)(a) for the second (2nd) time in the last year you did not pay</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full monthly rent</w:t>
      </w:r>
      <w:r>
        <w:rPr>
          <w:rFonts w:ascii="Times New Roman" w:hAnsi="Times New Roman" w:eastAsia="Times New Roman" w:cs="Times New Roman"/>
          <w:sz w:val="24"/>
        </w:rPr>
        <w:t xml:space="preserve"> </w:t>
      </w:r>
      <w:r>
        <w:rPr>
          <w:rFonts w:ascii="Times New Roman" w:hAnsi="Times New Roman" w:eastAsia="Times New Roman" w:cs="Times New Roman"/>
          <w:sz w:val="24"/>
        </w:rPr>
        <w:t>which was</w:t>
      </w:r>
      <w:r>
        <w:rPr>
          <w:rFonts w:ascii="Times New Roman" w:hAnsi="Times New Roman" w:eastAsia="Times New Roman" w:cs="Times New Roman"/>
          <w:sz w:val="24"/>
        </w:rPr>
        <w:t xml:space="preserve"> </w:t>
      </w:r>
      <w:r>
        <w:rPr>
          <w:rFonts w:ascii="Times New Roman" w:hAnsi="Times New Roman" w:eastAsia="Times New Roman" w:cs="Times New Roman"/>
          <w:sz w:val="24"/>
        </w:rPr>
        <w:t>due on</w:t>
      </w:r>
      <w:r>
        <w:rPr>
          <w:rFonts w:ascii="Times New Roman" w:hAnsi="Times New Roman" w:eastAsia="Times New Roman" w:cs="Times New Roman"/>
          <w:sz w:val="24"/>
        </w:rPr>
        <w:tab/>
      </w:r>
      <w:r>
        <w:rPr>
          <w:rFonts w:ascii="Times New Roman" w:hAnsi="Times New Roman" w:eastAsia="Times New Roman" w:cs="Times New Roman"/>
          <w:sz w:val="24"/>
        </w:rPr>
        <w:t>. Your lease has</w:t>
      </w:r>
      <w:r>
        <w:rPr>
          <w:rFonts w:ascii="Times New Roman" w:hAnsi="Times New Roman" w:eastAsia="Times New Roman" w:cs="Times New Roman"/>
          <w:sz w:val="24"/>
        </w:rPr>
        <w:t xml:space="preserve"> </w:t>
      </w:r>
      <w:r>
        <w:rPr>
          <w:rFonts w:ascii="Times New Roman" w:hAnsi="Times New Roman" w:eastAsia="Times New Roman" w:cs="Times New Roman"/>
          <w:sz w:val="24"/>
        </w:rPr>
        <w:t>now been effectively terminated and you are to vacate the premises along with all your</w:t>
      </w:r>
      <w:r>
        <w:rPr>
          <w:rFonts w:ascii="Times New Roman" w:hAnsi="Times New Roman" w:eastAsia="Times New Roman" w:cs="Times New Roman"/>
          <w:sz w:val="24"/>
        </w:rPr>
        <w:t xml:space="preserve"> </w:t>
      </w:r>
      <w:r>
        <w:rPr>
          <w:rFonts w:ascii="Times New Roman" w:hAnsi="Times New Roman" w:eastAsia="Times New Roman" w:cs="Times New Roman"/>
          <w:sz w:val="24"/>
        </w:rPr>
        <w:t>possessions.</w:t>
      </w:r>
    </w:p>
    <w:p>
      <w:pPr>
        <w:spacing w:before="8" w:after="0"/>
      </w:pPr>
    </w:p>
    <w:p>
      <w:pPr>
        <w:spacing w:line="321" w:lineRule="exact"/>
        <w:ind w:hanging="264"/>
      </w:pPr>
      <w:r>
        <w:rPr>
          <w:rFonts w:ascii="Times New Roman" w:hAnsi="Times New Roman" w:eastAsia="Times New Roman" w:cs="Times New Roman"/>
          <w:sz w:val="24"/>
        </w:rPr>
        <w:t>In</w:t>
      </w:r>
      <w:r>
        <w:rPr>
          <w:rFonts w:ascii="Times New Roman" w:hAnsi="Times New Roman" w:eastAsia="Times New Roman" w:cs="Times New Roman"/>
          <w:sz w:val="24"/>
        </w:rPr>
        <w:t xml:space="preserve"> </w:t>
      </w:r>
      <w:r>
        <w:rPr>
          <w:rFonts w:ascii="Times New Roman" w:hAnsi="Times New Roman" w:eastAsia="Times New Roman" w:cs="Times New Roman"/>
          <w:sz w:val="24"/>
        </w:rPr>
        <w:t>accordance with 704.17(2)(b) for the second (2nd) time in the last year</w:t>
      </w:r>
      <w:r>
        <w:rPr>
          <w:rFonts w:ascii="Times New Roman" w:hAnsi="Times New Roman" w:eastAsia="Times New Roman" w:cs="Times New Roman"/>
          <w:sz w:val="24"/>
        </w:rPr>
        <w:t xml:space="preserve"> </w:t>
      </w:r>
      <w:r>
        <w:rPr>
          <w:rFonts w:ascii="Times New Roman" w:hAnsi="Times New Roman" w:eastAsia="Times New Roman" w:cs="Times New Roman"/>
          <w:sz w:val="24"/>
        </w:rPr>
        <w:t>you violated</w:t>
      </w:r>
    </w:p>
    <w:p>
      <w:pPr>
        <w:spacing w:line="275" w:lineRule="exact"/>
      </w:pP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terms and conditions 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rental agreement as follows:</w:t>
      </w:r>
      <w:r>
        <w:rPr>
          <w:rFonts w:ascii="Times New Roman" w:hAnsi="Times New Roman" w:eastAsia="Times New Roman" w:cs="Times New Roman"/>
          <w:sz w:val="24"/>
        </w:rPr>
        <w:t xml:space="preserve"> </w:t>
        <w:tab/>
      </w:r>
    </w:p>
    <w:p>
      <w:pPr>
        <w:spacing w:before="12"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w:t>
      </w:r>
    </w:p>
    <w:p>
      <w:pPr/>
    </w:p>
    <w:p>
      <w:pPr/>
    </w:p>
    <w:p>
      <w:pPr>
        <w:spacing w:before="199" w:after="0" w:line="235" w:lineRule="auto"/>
        <w:jc w:val="both"/>
      </w:pPr>
      <w:r>
        <w:rPr>
          <w:rFonts w:ascii="Times New Roman" w:hAnsi="Times New Roman" w:eastAsia="Times New Roman" w:cs="Times New Roman"/>
          <w:sz w:val="24"/>
        </w:rPr>
        <w:t>This notice terminates your tenancy at the above address pursuant to Section 704.17, Wisconsin Statutes,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and requires you to vacate the premises described above </w:t>
      </w:r>
      <w:r>
        <w:rPr>
          <w:rFonts w:ascii="Times New Roman" w:hAnsi="Times New Roman" w:eastAsia="Times New Roman" w:cs="Times New Roman"/>
          <w:b/>
          <w:sz w:val="24"/>
        </w:rPr>
        <w:t>within fourteen (14) days</w:t>
      </w:r>
      <w:r>
        <w:rPr>
          <w:rFonts w:ascii="Times New Roman" w:hAnsi="Times New Roman" w:eastAsia="Times New Roman" w:cs="Times New Roman"/>
          <w:sz w:val="24"/>
        </w:rPr>
        <w:t xml:space="preserve"> after this notice </w:t>
      </w:r>
      <w:r>
        <w:rPr>
          <w:rFonts w:ascii="Times New Roman" w:hAnsi="Times New Roman" w:eastAsia="Times New Roman" w:cs="Times New Roman"/>
          <w:sz w:val="24"/>
        </w:rPr>
        <w:t xml:space="preserve"> </w:t>
      </w:r>
      <w:r>
        <w:rPr>
          <w:rFonts w:ascii="Times New Roman" w:hAnsi="Times New Roman" w:eastAsia="Times New Roman" w:cs="Times New Roman"/>
          <w:sz w:val="24"/>
        </w:rPr>
        <w:t>has been served upon you.</w:t>
      </w:r>
    </w:p>
    <w:p>
      <w:pPr/>
    </w:p>
    <w:p>
      <w:pPr>
        <w:spacing w:before="7" w:after="0"/>
      </w:pPr>
    </w:p>
    <w:p>
      <w:pPr/>
    </w:p>
    <w:p>
      <w:pPr/>
    </w:p>
    <w:p>
      <w:pPr/>
    </w:p>
    <w:p>
      <w:pPr/>
    </w:p>
    <w:p>
      <w:pPr/>
    </w:p>
    <w:p>
      <w:pPr/>
    </w:p>
    <w:p>
      <w:pPr/>
      <w:r>
        <w:rPr>
          <w:rFonts w:ascii="Times New Roman" w:hAnsi="Times New Roman" w:eastAsia="Times New Roman" w:cs="Times New Roman"/>
          <w:sz w:val="24"/>
        </w:rPr>
        <w:tab/>
      </w:r>
    </w:p>
    <w:p>
      <w:pPr>
        <w:spacing w:before="240" w:after="120" w:line="360" w:lineRule="auto"/>
        <w:jc w:val="center"/>
      </w:pPr>
      <w:r>
        <w:rPr>
          <w:rFonts w:ascii="Times New Roman" w:hAnsi="Times New Roman" w:eastAsia="Times New Roman" w:cs="Times New Roman"/>
          <w:b/>
          <w:sz w:val="24"/>
        </w:rPr>
        <w:t>CERTIFICATE OF SERVICE</w:t>
      </w:r>
    </w:p>
    <w:p>
      <w:pPr>
        <w:spacing w:line="360" w:lineRule="auto"/>
      </w:pPr>
    </w:p>
    <w:p>
      <w:pPr>
        <w:spacing w:line="360" w:lineRule="auto"/>
      </w:pPr>
      <w:r>
        <w:rPr>
          <w:rFonts w:ascii="Times New Roman" w:hAnsi="Times New Roman" w:eastAsia="Times New Roman" w:cs="Times New Roman"/>
          <w:sz w:val="24"/>
        </w:rPr>
        <w:t>I certify that on the _____ day of ____________________, 20_____ I served this notice to</w:t>
      </w:r>
    </w:p>
    <w:p>
      <w:pPr>
        <w:spacing w:line="360" w:lineRule="auto"/>
      </w:pPr>
    </w:p>
    <w:p>
      <w:pPr>
        <w:spacing w:line="360" w:lineRule="auto"/>
      </w:pPr>
      <w:r>
        <w:rPr>
          <w:rFonts w:ascii="Times New Roman" w:hAnsi="Times New Roman" w:eastAsia="Times New Roman" w:cs="Times New Roman"/>
          <w:sz w:val="24"/>
        </w:rPr>
        <w:t>__________________________ by</w:t>
      </w:r>
    </w:p>
    <w:p>
      <w:pPr>
        <w:spacing w:line="360" w:lineRule="auto"/>
      </w:pP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 copy of the notice by registered or certified mail to the tenant at the tenant's last-known address.</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Leaving it at the tenant's usual place of abode in the presence of some competent member of the tenant's family at least 14 years of age, who was informed of the contents of the notice.</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Leaving a copy with a competent person, _______________________, apparently in charge of the rented premises or occupying the premises or a part thereof,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by mailing a copy by regular or other mail to the tenant's last-known address.</w:t>
      </w:r>
    </w:p>
    <w:p>
      <w:pPr>
        <w:spacing w:line="36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Affixing a copy of the notice in a conspicuous place on the rented premises where it can be conveniently read,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by mailing a copy by regular or other mail to the tenant's last-known address.</w:t>
      </w:r>
    </w:p>
    <w:p>
      <w:pPr>
        <w:spacing w:line="360" w:lineRule="auto"/>
      </w:pPr>
    </w:p>
    <w:p>
      <w:pPr>
        <w:spacing w:line="360" w:lineRule="auto"/>
      </w:pPr>
    </w:p>
    <w:p>
      <w:pPr>
        <w:spacing w:line="360" w:lineRule="auto"/>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p>
      <w:pPr>
        <w:spacing w:line="360" w:lineRule="auto"/>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