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p>
    <w:p>
      <w:pPr/>
    </w:p>
    <w:p>
      <w:pPr>
        <w:spacing w:before="10" w:after="0"/>
      </w:pPr>
    </w:p>
    <w:p>
      <w:pPr>
        <w:spacing w:before="1" w:after="0"/>
      </w:pPr>
      <w:r>
        <w:rPr>
          <w:rFonts w:ascii="Times New Roman" w:hAnsi="Times New Roman" w:eastAsia="Times New Roman" w:cs="Times New Roman"/>
          <w:sz w:val="24"/>
        </w:rPr>
        <w:t>TO:</w:t>
      </w:r>
    </w:p>
    <w:p>
      <w:pPr>
        <w:spacing w:before="0" w:after="0"/>
      </w:pPr>
      <w:r>
        <w:rPr>
          <w:rFonts w:ascii="Times New Roman" w:hAnsi="Times New Roman" w:eastAsia="Times New Roman" w:cs="Times New Roman"/>
          <w:sz w:val="24"/>
        </w:rPr>
        <w:t>Wisconsin</w:t>
      </w:r>
      <w:r>
        <w:rPr>
          <w:rFonts w:ascii="Times New Roman" w:hAnsi="Times New Roman" w:eastAsia="Times New Roman" w:cs="Times New Roman"/>
          <w:sz w:val="24"/>
        </w:rPr>
        <w:t xml:space="preserve"> </w:t>
      </w:r>
      <w:r>
        <w:rPr>
          <w:rFonts w:ascii="Times New Roman" w:hAnsi="Times New Roman" w:eastAsia="Times New Roman" w:cs="Times New Roman"/>
          <w:sz w:val="24"/>
        </w:rPr>
        <w:t>5</w:t>
      </w:r>
      <w:r>
        <w:rPr>
          <w:rFonts w:ascii="Times New Roman" w:hAnsi="Times New Roman" w:eastAsia="Times New Roman" w:cs="Times New Roman"/>
          <w:sz w:val="24"/>
        </w:rPr>
        <w:t>-</w:t>
      </w:r>
      <w:r>
        <w:rPr>
          <w:rFonts w:ascii="Times New Roman" w:hAnsi="Times New Roman" w:eastAsia="Times New Roman" w:cs="Times New Roman"/>
          <w:sz w:val="24"/>
        </w:rPr>
        <w:t>Day</w:t>
      </w:r>
      <w:r>
        <w:rPr>
          <w:rFonts w:ascii="Times New Roman" w:hAnsi="Times New Roman" w:eastAsia="Times New Roman" w:cs="Times New Roman"/>
          <w:sz w:val="24"/>
        </w:rPr>
        <w:t xml:space="preserve"> </w:t>
      </w:r>
      <w:r>
        <w:rPr>
          <w:rFonts w:ascii="Times New Roman" w:hAnsi="Times New Roman" w:eastAsia="Times New Roman" w:cs="Times New Roman"/>
          <w:sz w:val="24"/>
        </w:rPr>
        <w:t>Notice</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Vacate</w:t>
      </w:r>
      <w:r>
        <w:rPr>
          <w:rFonts w:ascii="Times New Roman" w:hAnsi="Times New Roman" w:eastAsia="Times New Roman" w:cs="Times New Roman"/>
          <w:sz w:val="24"/>
        </w:rPr>
        <w:t xml:space="preserve"> </w:t>
      </w:r>
      <w:r>
        <w:rPr>
          <w:rFonts w:ascii="Times New Roman" w:hAnsi="Times New Roman" w:eastAsia="Times New Roman" w:cs="Times New Roman"/>
          <w:sz w:val="24"/>
        </w:rPr>
        <w:t>Premises</w:t>
      </w:r>
      <w:r>
        <w:rPr>
          <w:rFonts w:ascii="Times New Roman" w:hAnsi="Times New Roman" w:eastAsia="Times New Roman" w:cs="Times New Roman"/>
          <w:sz w:val="24"/>
        </w:rPr>
        <w:t xml:space="preserve"> </w:t>
      </w:r>
      <w:r>
        <w:rPr>
          <w:rFonts w:ascii="Times New Roman" w:hAnsi="Times New Roman" w:eastAsia="Times New Roman" w:cs="Times New Roman"/>
          <w:sz w:val="24"/>
        </w:rPr>
        <w:t>For</w:t>
      </w:r>
      <w:r>
        <w:rPr>
          <w:rFonts w:ascii="Times New Roman" w:hAnsi="Times New Roman" w:eastAsia="Times New Roman" w:cs="Times New Roman"/>
          <w:sz w:val="24"/>
        </w:rPr>
        <w:t xml:space="preserve"> </w:t>
      </w:r>
      <w:r>
        <w:rPr>
          <w:rFonts w:ascii="Times New Roman" w:hAnsi="Times New Roman" w:eastAsia="Times New Roman" w:cs="Times New Roman"/>
          <w:sz w:val="24"/>
        </w:rPr>
        <w:t>Breach</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w:t>
      </w:r>
      <w:r>
        <w:rPr>
          <w:rFonts w:ascii="Times New Roman" w:hAnsi="Times New Roman" w:eastAsia="Times New Roman" w:cs="Times New Roman"/>
          <w:sz w:val="24"/>
        </w:rPr>
        <w:t xml:space="preserve"> </w:t>
      </w:r>
      <w:r>
        <w:rPr>
          <w:rFonts w:ascii="Times New Roman" w:hAnsi="Times New Roman" w:eastAsia="Times New Roman" w:cs="Times New Roman"/>
          <w:sz w:val="24"/>
        </w:rPr>
        <w:t>Agreement</w:t>
      </w:r>
    </w:p>
    <w:p>
      <w:pPr>
        <w:spacing w:before="24" w:after="0"/>
      </w:pPr>
      <w:r>
        <w:rPr>
          <w:rFonts w:ascii="Times New Roman" w:hAnsi="Times New Roman" w:eastAsia="Times New Roman" w:cs="Times New Roman"/>
          <w:sz w:val="24"/>
        </w:rPr>
        <w:t>(Leases</w:t>
      </w:r>
      <w:r>
        <w:rPr>
          <w:rFonts w:ascii="Times New Roman" w:hAnsi="Times New Roman" w:eastAsia="Times New Roman" w:cs="Times New Roman"/>
          <w:sz w:val="24"/>
        </w:rPr>
        <w:t xml:space="preserve"> </w:t>
      </w:r>
      <w:r>
        <w:rPr>
          <w:rFonts w:ascii="Times New Roman" w:hAnsi="Times New Roman" w:eastAsia="Times New Roman" w:cs="Times New Roman"/>
          <w:sz w:val="24"/>
        </w:rPr>
        <w:t>for</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Year</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 xml:space="preserve"> </w:t>
      </w:r>
      <w:r>
        <w:rPr>
          <w:rFonts w:ascii="Times New Roman" w:hAnsi="Times New Roman" w:eastAsia="Times New Roman" w:cs="Times New Roman"/>
          <w:sz w:val="24"/>
        </w:rPr>
        <w:t>Less)</w:t>
      </w:r>
    </w:p>
    <w:p>
      <w:pPr/>
    </w:p>
    <w:p>
      <w:pPr/>
    </w:p>
    <w:p>
      <w:pPr>
        <w:spacing w:before="2" w:after="1"/>
      </w:pPr>
    </w:p>
    <w:p>
      <w:pPr>
        <w:spacing w:line="20" w:lineRule="exact"/>
      </w:pPr>
    </w:p>
    <w:p>
      <w:pPr>
        <w:spacing w:line="182" w:lineRule="exact"/>
      </w:pPr>
      <w:r>
        <w:rPr>
          <w:rFonts w:ascii="Times New Roman" w:hAnsi="Times New Roman" w:eastAsia="Times New Roman" w:cs="Times New Roman"/>
          <w:sz w:val="24"/>
        </w:rPr>
        <w:t>(name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w:t>
      </w:r>
    </w:p>
    <w:p>
      <w:pPr/>
    </w:p>
    <w:p>
      <w:pPr>
        <w:spacing w:before="7" w:after="0"/>
      </w:pPr>
    </w:p>
    <w:p>
      <w:pPr>
        <w:spacing w:line="199" w:lineRule="exact"/>
      </w:pPr>
      <w:r>
        <w:rPr>
          <w:rFonts w:ascii="Times New Roman" w:hAnsi="Times New Roman" w:eastAsia="Times New Roman" w:cs="Times New Roman"/>
          <w:sz w:val="24"/>
        </w:rPr>
        <w:t>(address)</w:t>
      </w:r>
    </w:p>
    <w:p>
      <w:pPr/>
    </w:p>
    <w:p>
      <w:pPr>
        <w:spacing w:before="6" w:after="0"/>
      </w:pPr>
    </w:p>
    <w:p>
      <w:pPr>
        <w:spacing w:before="2" w:after="0"/>
      </w:pPr>
    </w:p>
    <w:p>
      <w:pPr>
        <w:spacing w:before="90" w:after="0" w:line="468" w:lineRule="auto"/>
      </w:pPr>
      <w:r>
        <w:rPr>
          <w:rFonts w:ascii="Times New Roman" w:hAnsi="Times New Roman" w:eastAsia="Times New Roman" w:cs="Times New Roman"/>
          <w:sz w:val="24"/>
        </w:rPr>
        <w:t>This</w:t>
      </w:r>
      <w:r>
        <w:rPr>
          <w:rFonts w:ascii="Times New Roman" w:hAnsi="Times New Roman" w:eastAsia="Times New Roman" w:cs="Times New Roman"/>
          <w:sz w:val="24"/>
        </w:rPr>
        <w:t xml:space="preserve"> </w:t>
      </w:r>
      <w:r>
        <w:rPr>
          <w:rFonts w:ascii="Times New Roman" w:hAnsi="Times New Roman" w:eastAsia="Times New Roman" w:cs="Times New Roman"/>
          <w:sz w:val="24"/>
        </w:rPr>
        <w:t>notifies you that you are in violation 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lease</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you</w:t>
      </w:r>
      <w:r>
        <w:rPr>
          <w:rFonts w:ascii="Times New Roman" w:hAnsi="Times New Roman" w:eastAsia="Times New Roman" w:cs="Times New Roman"/>
          <w:sz w:val="24"/>
        </w:rPr>
        <w:t xml:space="preserve"> </w:t>
      </w:r>
      <w:r>
        <w:rPr>
          <w:rFonts w:ascii="Times New Roman" w:hAnsi="Times New Roman" w:eastAsia="Times New Roman" w:cs="Times New Roman"/>
          <w:sz w:val="24"/>
        </w:rPr>
        <w:t>have</w:t>
      </w:r>
      <w:r>
        <w:rPr>
          <w:rFonts w:ascii="Times New Roman" w:hAnsi="Times New Roman" w:eastAsia="Times New Roman" w:cs="Times New Roman"/>
          <w:sz w:val="24"/>
        </w:rPr>
        <w:t xml:space="preserve"> </w:t>
      </w:r>
      <w:r>
        <w:rPr>
          <w:rFonts w:ascii="Times New Roman" w:hAnsi="Times New Roman" w:eastAsia="Times New Roman" w:cs="Times New Roman"/>
          <w:sz w:val="24"/>
        </w:rPr>
        <w:t>with</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above premises as follows:</w:t>
      </w:r>
    </w:p>
    <w:p>
      <w:pPr>
        <w:spacing w:before="10" w:after="0"/>
      </w:pPr>
      <w:r>
        <w:rPr>
          <w:rFonts w:ascii="Times New Roman" w:hAnsi="Times New Roman" w:eastAsia="Times New Roman" w:cs="Times New Roman"/>
          <w:sz w:val="24"/>
        </w:rPr>
        <w:t>DESCRIPTION</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VIOLATION:</w:t>
      </w:r>
      <w:r>
        <w:rPr>
          <w:rFonts w:ascii="Times New Roman" w:hAnsi="Times New Roman" w:eastAsia="Times New Roman" w:cs="Times New Roman"/>
          <w:sz w:val="24"/>
        </w:rPr>
        <w:t xml:space="preserve"> </w:t>
      </w:r>
      <w:r>
        <w:rPr>
          <w:rFonts w:ascii="Times New Roman" w:hAnsi="Times New Roman" w:eastAsia="Times New Roman" w:cs="Times New Roman"/>
          <w:sz w:val="24"/>
        </w:rPr>
        <w:t>(check</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appropriate</w:t>
      </w:r>
      <w:r>
        <w:rPr>
          <w:rFonts w:ascii="Times New Roman" w:hAnsi="Times New Roman" w:eastAsia="Times New Roman" w:cs="Times New Roman"/>
          <w:sz w:val="24"/>
        </w:rPr>
        <w:t xml:space="preserve"> </w:t>
      </w:r>
      <w:r>
        <w:rPr>
          <w:rFonts w:ascii="Times New Roman" w:hAnsi="Times New Roman" w:eastAsia="Times New Roman" w:cs="Times New Roman"/>
          <w:sz w:val="24"/>
        </w:rPr>
        <w:t>box)</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You did</w:t>
      </w:r>
      <w:r>
        <w:rPr>
          <w:rFonts w:ascii="Times New Roman" w:hAnsi="Times New Roman" w:eastAsia="Times New Roman" w:cs="Times New Roman"/>
          <w:sz w:val="24"/>
        </w:rPr>
        <w:t xml:space="preserve"> </w:t>
      </w:r>
      <w:r>
        <w:rPr>
          <w:rFonts w:ascii="Times New Roman" w:hAnsi="Times New Roman" w:eastAsia="Times New Roman" w:cs="Times New Roman"/>
          <w:sz w:val="24"/>
        </w:rPr>
        <w:t>not pay the full monthly rent which was due on</w:t>
      </w:r>
      <w:r>
        <w:rPr>
          <w:rFonts w:ascii="Times New Roman" w:hAnsi="Times New Roman" w:eastAsia="Times New Roman" w:cs="Times New Roman"/>
          <w:sz w:val="24"/>
        </w:rPr>
        <w:tab/>
      </w:r>
      <w:r>
        <w:rPr>
          <w:rFonts w:ascii="Times New Roman" w:hAnsi="Times New Roman" w:eastAsia="Times New Roman" w:cs="Times New Roman"/>
          <w:sz w:val="24"/>
        </w:rPr>
        <w:t>.</w:t>
      </w:r>
    </w:p>
    <w:p>
      <w:pPr/>
    </w:p>
    <w:p>
      <w:pPr>
        <w:spacing w:before="248"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You</w:t>
      </w:r>
      <w:r>
        <w:rPr>
          <w:rFonts w:ascii="Times New Roman" w:hAnsi="Times New Roman" w:eastAsia="Times New Roman" w:cs="Times New Roman"/>
          <w:sz w:val="24"/>
        </w:rPr>
        <w:t xml:space="preserve"> </w:t>
      </w:r>
      <w:r>
        <w:rPr>
          <w:rFonts w:ascii="Times New Roman" w:hAnsi="Times New Roman" w:eastAsia="Times New Roman" w:cs="Times New Roman"/>
          <w:sz w:val="24"/>
        </w:rPr>
        <w:t>violated other terms and conditions 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rental agreement as</w:t>
      </w:r>
      <w:r>
        <w:rPr>
          <w:rFonts w:ascii="Times New Roman" w:hAnsi="Times New Roman" w:eastAsia="Times New Roman" w:cs="Times New Roman"/>
          <w:sz w:val="24"/>
        </w:rPr>
        <w:t xml:space="preserve"> </w:t>
      </w:r>
      <w:r>
        <w:rPr>
          <w:rFonts w:ascii="Times New Roman" w:hAnsi="Times New Roman" w:eastAsia="Times New Roman" w:cs="Times New Roman"/>
          <w:sz w:val="24"/>
        </w:rPr>
        <w:t>follows:</w:t>
      </w:r>
    </w:p>
    <w:p>
      <w:pPr/>
    </w:p>
    <w:p>
      <w:pPr>
        <w:spacing w:before="4" w:after="0"/>
      </w:pPr>
    </w:p>
    <w:p>
      <w:pPr/>
    </w:p>
    <w:p>
      <w:pPr>
        <w:spacing w:before="3" w:after="0"/>
      </w:pPr>
    </w:p>
    <w:p>
      <w:pPr>
        <w:spacing w:line="235" w:lineRule="auto"/>
        <w:jc w:val="both"/>
      </w:pPr>
      <w:r>
        <w:rPr>
          <w:rFonts w:ascii="Times New Roman" w:hAnsi="Times New Roman" w:eastAsia="Times New Roman" w:cs="Times New Roman"/>
          <w:sz w:val="24"/>
        </w:rPr>
        <w:t>This notice terminates your tenancy at the above address pursuant to Section 704.17, Wisconsin Statutes,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and requires you to remedy the violation or vacate the premises </w:t>
      </w:r>
      <w:r>
        <w:rPr>
          <w:rFonts w:ascii="Times New Roman" w:hAnsi="Times New Roman" w:eastAsia="Times New Roman" w:cs="Times New Roman"/>
          <w:b/>
          <w:sz w:val="24"/>
        </w:rPr>
        <w:t>within five (5) days</w:t>
      </w:r>
      <w:r>
        <w:rPr>
          <w:rFonts w:ascii="Times New Roman" w:hAnsi="Times New Roman" w:eastAsia="Times New Roman" w:cs="Times New Roman"/>
          <w:sz w:val="24"/>
        </w:rPr>
        <w:t xml:space="preserve"> after this notice</w:t>
      </w:r>
      <w:r>
        <w:rPr>
          <w:rFonts w:ascii="Times New Roman" w:hAnsi="Times New Roman" w:eastAsia="Times New Roman" w:cs="Times New Roman"/>
          <w:sz w:val="24"/>
        </w:rPr>
        <w:t xml:space="preserve"> </w:t>
      </w:r>
      <w:r>
        <w:rPr>
          <w:rFonts w:ascii="Times New Roman" w:hAnsi="Times New Roman" w:eastAsia="Times New Roman" w:cs="Times New Roman"/>
          <w:sz w:val="24"/>
        </w:rPr>
        <w:t>has</w:t>
      </w:r>
      <w:r>
        <w:rPr>
          <w:rFonts w:ascii="Times New Roman" w:hAnsi="Times New Roman" w:eastAsia="Times New Roman" w:cs="Times New Roman"/>
          <w:sz w:val="24"/>
        </w:rPr>
        <w:t xml:space="preserve"> </w:t>
      </w:r>
      <w:r>
        <w:rPr>
          <w:rFonts w:ascii="Times New Roman" w:hAnsi="Times New Roman" w:eastAsia="Times New Roman" w:cs="Times New Roman"/>
          <w:sz w:val="24"/>
        </w:rPr>
        <w:t>been served upon you.</w:t>
      </w:r>
    </w:p>
    <w:p>
      <w:pPr>
        <w:spacing w:before="9" w:after="0"/>
      </w:pPr>
    </w:p>
    <w:p>
      <w:pPr/>
      <w:r>
        <w:rPr>
          <w:rFonts w:ascii="Times New Roman" w:hAnsi="Times New Roman" w:eastAsia="Times New Roman" w:cs="Times New Roman"/>
          <w:sz w:val="24"/>
        </w:rPr>
        <w:t>(telephone</w:t>
      </w:r>
      <w:r>
        <w:rPr>
          <w:rFonts w:ascii="Times New Roman" w:hAnsi="Times New Roman" w:eastAsia="Times New Roman" w:cs="Times New Roman"/>
          <w:sz w:val="24"/>
        </w:rPr>
        <w:t xml:space="preserve"> </w:t>
      </w:r>
      <w:r>
        <w:rPr>
          <w:rFonts w:ascii="Times New Roman" w:hAnsi="Times New Roman" w:eastAsia="Times New Roman" w:cs="Times New Roman"/>
          <w:sz w:val="24"/>
        </w:rPr>
        <w:t>number</w:t>
      </w:r>
      <w:r>
        <w:rPr>
          <w:rFonts w:ascii="Times New Roman" w:hAnsi="Times New Roman" w:eastAsia="Times New Roman" w:cs="Times New Roman"/>
          <w:b/>
          <w:sz w:val="24"/>
        </w:rPr>
        <w:t>)</w:t>
      </w:r>
    </w:p>
    <w:p>
      <w:pPr/>
    </w:p>
    <w:p>
      <w:pPr/>
    </w:p>
    <w:p>
      <w:pPr/>
    </w:p>
    <w:p>
      <w:pPr/>
    </w:p>
    <w:p>
      <w:pPr/>
    </w:p>
    <w:p>
      <w:pPr/>
    </w:p>
    <w:p>
      <w:pPr/>
    </w:p>
    <w:p>
      <w:pPr/>
    </w:p>
    <w:p>
      <w:pPr/>
    </w:p>
    <w:p>
      <w:pPr/>
    </w:p>
    <w:p>
      <w:pPr/>
    </w:p>
    <w:p>
      <w:pPr/>
      <w:r>
        <w:rPr>
          <w:rFonts w:ascii="Times New Roman" w:hAnsi="Times New Roman" w:eastAsia="Times New Roman" w:cs="Times New Roman"/>
          <w:sz w:val="24"/>
        </w:rPr>
        <w:tab/>
      </w:r>
    </w:p>
    <w:p>
      <w:pPr>
        <w:spacing w:before="240" w:after="120" w:line="360" w:lineRule="auto"/>
        <w:jc w:val="center"/>
      </w:pPr>
      <w:r>
        <w:rPr>
          <w:rFonts w:ascii="Times New Roman" w:hAnsi="Times New Roman" w:eastAsia="Times New Roman" w:cs="Times New Roman"/>
          <w:b/>
          <w:sz w:val="24"/>
        </w:rPr>
        <w:t>CERTIFICATE OF SERVICE</w:t>
      </w:r>
    </w:p>
    <w:p>
      <w:pPr>
        <w:spacing w:line="360" w:lineRule="auto"/>
      </w:pPr>
      <w:r>
        <w:rPr>
          <w:rFonts w:ascii="Times New Roman" w:hAnsi="Times New Roman" w:eastAsia="Times New Roman" w:cs="Times New Roman"/>
          <w:b/>
          <w:sz w:val="24"/>
        </w:rPr>
        <w:t xml:space="preserve"> </w:t>
      </w:r>
    </w:p>
    <w:p>
      <w:pPr>
        <w:spacing w:line="360" w:lineRule="auto"/>
      </w:pPr>
      <w:r>
        <w:rPr>
          <w:rFonts w:ascii="Times New Roman" w:hAnsi="Times New Roman" w:eastAsia="Times New Roman" w:cs="Times New Roman"/>
          <w:sz w:val="24"/>
        </w:rPr>
        <w:t>I certify that on the _____ day of ____________________, 20_____ I served this notice to</w:t>
      </w:r>
    </w:p>
    <w:p>
      <w:pPr>
        <w:spacing w:line="360" w:lineRule="auto"/>
      </w:pPr>
      <w:r>
        <w:rPr>
          <w:rFonts w:ascii="Times New Roman" w:hAnsi="Times New Roman" w:eastAsia="Times New Roman" w:cs="Times New Roman"/>
          <w:sz w:val="24"/>
        </w:rPr>
        <w:t xml:space="preserve"> </w:t>
      </w:r>
    </w:p>
    <w:p>
      <w:pPr>
        <w:spacing w:line="360" w:lineRule="auto"/>
      </w:pPr>
      <w:r>
        <w:rPr>
          <w:rFonts w:ascii="Times New Roman" w:hAnsi="Times New Roman" w:eastAsia="Times New Roman" w:cs="Times New Roman"/>
          <w:sz w:val="24"/>
        </w:rPr>
        <w:t>__________________________ by</w:t>
      </w:r>
    </w:p>
    <w:p>
      <w:pPr>
        <w:spacing w:line="360" w:lineRule="auto"/>
      </w:pPr>
      <w:r>
        <w:rPr>
          <w:rFonts w:ascii="Times New Roman" w:hAnsi="Times New Roman" w:eastAsia="Times New Roman" w:cs="Times New Roman"/>
          <w:sz w:val="24"/>
        </w:rPr>
        <w:t xml:space="preserve"> </w:t>
      </w:r>
    </w:p>
    <w:p>
      <w:pPr/>
    </w:p>
    <w:p>
      <w:pPr>
        <w:spacing w:line="36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Delivering it personally to the person in possession.</w:t>
      </w:r>
    </w:p>
    <w:p>
      <w:pPr/>
    </w:p>
    <w:p>
      <w:pPr>
        <w:spacing w:line="36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Mailing a copy of the notice by registered or certified mail to the tenant at the tenant's last-known address.</w:t>
      </w:r>
    </w:p>
    <w:p>
      <w:pPr/>
    </w:p>
    <w:p>
      <w:pPr>
        <w:spacing w:line="36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Leaving it at the tenant's usual place of abode in the presence of some competent member of the tenant's family at least 14 years of age, who was informed of the contents of the notice.</w:t>
      </w:r>
    </w:p>
    <w:p>
      <w:pPr/>
    </w:p>
    <w:p>
      <w:pPr>
        <w:spacing w:line="36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Leaving a copy with a competent person, _______________________, apparently in charge of the rented premises or occupying the premises or a part thereof, </w:t>
      </w:r>
      <w:r>
        <w:rPr>
          <w:rFonts w:ascii="Times New Roman" w:hAnsi="Times New Roman" w:eastAsia="Times New Roman" w:cs="Times New Roman"/>
          <w:b/>
          <w:sz w:val="24"/>
        </w:rPr>
        <w:t>and</w:t>
      </w:r>
      <w:r>
        <w:rPr>
          <w:rFonts w:ascii="Times New Roman" w:hAnsi="Times New Roman" w:eastAsia="Times New Roman" w:cs="Times New Roman"/>
          <w:sz w:val="24"/>
        </w:rPr>
        <w:t xml:space="preserve"> by mailing a copy by regular or other mail to the tenant's last-known address.</w:t>
      </w:r>
    </w:p>
    <w:p>
      <w:pPr/>
    </w:p>
    <w:p>
      <w:pPr>
        <w:spacing w:line="36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Affixing a copy of the notice in a conspicuous place on the rented premises where it can be conveniently read, </w:t>
      </w:r>
      <w:r>
        <w:rPr>
          <w:rFonts w:ascii="Times New Roman" w:hAnsi="Times New Roman" w:eastAsia="Times New Roman" w:cs="Times New Roman"/>
          <w:b/>
          <w:sz w:val="24"/>
        </w:rPr>
        <w:t>and</w:t>
      </w:r>
      <w:r>
        <w:rPr>
          <w:rFonts w:ascii="Times New Roman" w:hAnsi="Times New Roman" w:eastAsia="Times New Roman" w:cs="Times New Roman"/>
          <w:sz w:val="24"/>
        </w:rPr>
        <w:t xml:space="preserve"> by mailing a copy by regular or other mail to the tenant's last-known address.</w:t>
      </w:r>
    </w:p>
    <w:p>
      <w:pPr>
        <w:spacing w:line="360" w:lineRule="auto"/>
      </w:pPr>
      <w:r>
        <w:rPr>
          <w:rFonts w:ascii="Times New Roman" w:hAnsi="Times New Roman" w:eastAsia="Times New Roman" w:cs="Times New Roman"/>
          <w:sz w:val="24"/>
        </w:rPr>
        <w:t xml:space="preserve"> </w:t>
      </w:r>
    </w:p>
    <w:p>
      <w:pPr>
        <w:spacing w:line="360" w:lineRule="auto"/>
      </w:pPr>
      <w:r>
        <w:rPr>
          <w:rFonts w:ascii="Times New Roman" w:hAnsi="Times New Roman" w:eastAsia="Times New Roman" w:cs="Times New Roman"/>
          <w:sz w:val="24"/>
        </w:rPr>
        <w:t xml:space="preserve"> </w:t>
      </w:r>
    </w:p>
    <w:p>
      <w:pPr>
        <w:spacing w:line="360" w:lineRule="auto"/>
      </w:pPr>
      <w:r>
        <w:rPr>
          <w:rFonts w:ascii="Times New Roman" w:hAnsi="Times New Roman" w:eastAsia="Times New Roman" w:cs="Times New Roman"/>
          <w:sz w:val="24"/>
        </w:rPr>
        <w:t xml:space="preserve">Signature </w:t>
      </w:r>
      <w:r>
        <w:rPr>
          <w:rFonts w:ascii="Times New Roman" w:hAnsi="Times New Roman" w:eastAsia="Times New Roman" w:cs="Times New Roman"/>
          <w:sz w:val="24"/>
        </w:rPr>
        <w:t>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