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Wisconsin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Wisconsin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