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before="0" w:after="225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WISCONSIN NOTARY ACKNOWLEDGMENT</w:t>
      </w:r>
    </w:p>
    <w:p>
      <w:pPr>
        <w:spacing w:before="0" w:after="225"/>
      </w:pPr>
    </w:p>
    <w:p>
      <w:pPr>
        <w:spacing w:before="0" w:after="225"/>
      </w:pPr>
      <w:r>
        <w:rPr>
          <w:rFonts w:ascii="Times New Roman" w:hAnsi="Times New Roman" w:eastAsia="Times New Roman" w:cs="Times New Roman"/>
          <w:sz w:val="24"/>
        </w:rPr>
        <w:t xml:space="preserve">State of </w:t>
      </w:r>
      <w:r>
        <w:rPr>
          <w:rFonts w:ascii="Times New Roman" w:hAnsi="Times New Roman" w:eastAsia="Times New Roman" w:cs="Times New Roman"/>
          <w:sz w:val="24"/>
        </w:rPr>
        <w:t>Wisconsin</w:t>
      </w:r>
    </w:p>
    <w:p>
      <w:pPr/>
    </w:p>
    <w:p>
      <w:pPr>
        <w:spacing w:before="0" w:after="225"/>
      </w:pPr>
      <w:r>
        <w:rPr>
          <w:rFonts w:ascii="Times New Roman" w:hAnsi="Times New Roman" w:eastAsia="Times New Roman" w:cs="Times New Roman"/>
          <w:sz w:val="24"/>
        </w:rPr>
        <w:t xml:space="preserve">County of </w:t>
      </w:r>
      <w:r>
        <w:rPr>
          <w:rFonts w:ascii="Times New Roman" w:hAnsi="Times New Roman" w:eastAsia="Times New Roman" w:cs="Times New Roman"/>
          <w:sz w:val="24"/>
        </w:rPr>
        <w:t>[COUNTY]</w:t>
      </w:r>
    </w:p>
    <w:p>
      <w:pPr>
        <w:spacing w:before="0" w:after="225"/>
      </w:pPr>
    </w:p>
    <w:p>
      <w:pPr/>
      <w:r>
        <w:rPr>
          <w:rFonts w:ascii="Times New Roman" w:hAnsi="Times New Roman" w:eastAsia="Times New Roman" w:cs="Times New Roman"/>
          <w:sz w:val="24"/>
        </w:rPr>
        <w:t xml:space="preserve">This instrument was acknowledged before me on </w:t>
      </w:r>
      <w:r>
        <w:rPr>
          <w:rFonts w:ascii="Times New Roman" w:hAnsi="Times New Roman" w:eastAsia="Times New Roman" w:cs="Times New Roman"/>
          <w:sz w:val="24"/>
        </w:rPr>
        <w:t>[DATE]</w:t>
      </w:r>
      <w:r>
        <w:rPr>
          <w:rFonts w:ascii="Times New Roman" w:hAnsi="Times New Roman" w:eastAsia="Times New Roman" w:cs="Times New Roman"/>
          <w:sz w:val="24"/>
        </w:rPr>
        <w:t xml:space="preserve"> (date) by 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[SIGNER NAME]</w:t>
      </w:r>
      <w:r>
        <w:rPr>
          <w:rFonts w:ascii="Times New Roman" w:hAnsi="Times New Roman" w:eastAsia="Times New Roman" w:cs="Times New Roman"/>
          <w:sz w:val="24"/>
        </w:rPr>
        <w:t xml:space="preserve"> (name(s) of person(s)).</w:t>
      </w:r>
    </w:p>
    <w:p>
      <w:pPr/>
    </w:p>
    <w:p>
      <w:pPr/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ab/>
        <w:tab/>
        <w:tab/>
        <w:tab/>
        <w:tab/>
        <w:tab/>
        <w:tab/>
        <w:tab/>
        <w:t xml:space="preserve">    </w:t>
      </w:r>
    </w:p>
    <w:p>
      <w:pPr/>
      <w:r>
        <w:rPr>
          <w:rFonts w:ascii="Times New Roman" w:hAnsi="Times New Roman" w:eastAsia="Times New Roman" w:cs="Times New Roman"/>
          <w:sz w:val="24"/>
        </w:rPr>
        <w:t>(Seal, if any)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     </w:t>
      </w:r>
      <w:r>
        <w:rPr>
          <w:rFonts w:ascii="Times New Roman" w:hAnsi="Times New Roman" w:eastAsia="Times New Roman" w:cs="Times New Roman"/>
          <w:sz w:val="24"/>
        </w:rPr>
        <w:t>______________________</w:t>
      </w:r>
      <w:r>
        <w:rPr>
          <w:rFonts w:ascii="Times New Roman" w:hAnsi="Times New Roman" w:eastAsia="Times New Roman" w:cs="Times New Roman"/>
          <w:sz w:val="24"/>
        </w:rPr>
        <w:t xml:space="preserve"> </w:t>
      </w:r>
    </w:p>
    <w:p>
      <w:pPr>
        <w:ind w:firstLine="720"/>
      </w:pPr>
    </w:p>
    <w:p>
      <w:pPr/>
      <w:r>
        <w:rPr>
          <w:rFonts w:ascii="Times New Roman" w:hAnsi="Times New Roman" w:eastAsia="Times New Roman" w:cs="Times New Roman"/>
          <w:sz w:val="24"/>
        </w:rPr>
        <w:t xml:space="preserve">                                                                                     </w:t>
      </w:r>
      <w:r>
        <w:rPr>
          <w:rFonts w:ascii="Times New Roman" w:hAnsi="Times New Roman" w:eastAsia="Times New Roman" w:cs="Times New Roman"/>
          <w:sz w:val="24"/>
        </w:rPr>
        <w:t>Signature of Notarial Officer</w:t>
      </w:r>
      <w:r>
        <w:rPr>
          <w:rFonts w:ascii="Times New Roman" w:hAnsi="Times New Roman" w:eastAsia="Times New Roman" w:cs="Times New Roman"/>
          <w:sz w:val="24"/>
        </w:rPr>
        <w:t xml:space="preserve"> </w:t>
      </w:r>
    </w:p>
    <w:p>
      <w:pPr>
        <w:ind w:firstLine="720"/>
      </w:pP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  </w:t>
      </w:r>
      <w:r>
        <w:rPr>
          <w:rFonts w:ascii="Times New Roman" w:hAnsi="Times New Roman" w:eastAsia="Times New Roman" w:cs="Times New Roman"/>
          <w:sz w:val="24"/>
        </w:rPr>
        <w:t>[NOTARY TITLE AND RANK]</w:t>
      </w:r>
      <w:r>
        <w:rPr>
          <w:rFonts w:ascii="Times New Roman" w:hAnsi="Times New Roman" w:eastAsia="Times New Roman" w:cs="Times New Roman"/>
          <w:sz w:val="24"/>
        </w:rPr>
        <w:t xml:space="preserve"> 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                 </w:t>
      </w:r>
      <w:r>
        <w:rPr>
          <w:rFonts w:ascii="Times New Roman" w:hAnsi="Times New Roman" w:eastAsia="Times New Roman" w:cs="Times New Roman"/>
          <w:sz w:val="24"/>
        </w:rPr>
        <w:tab/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                </w:t>
      </w:r>
      <w:r>
        <w:rPr>
          <w:rFonts w:ascii="Times New Roman" w:hAnsi="Times New Roman" w:eastAsia="Times New Roman" w:cs="Times New Roman"/>
          <w:sz w:val="24"/>
        </w:rPr>
        <w:t xml:space="preserve">Title and Rank  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My commission expires: </w:t>
      </w:r>
      <w:r>
        <w:rPr>
          <w:rFonts w:ascii="Times New Roman" w:hAnsi="Times New Roman" w:eastAsia="Times New Roman" w:cs="Times New Roman"/>
          <w:sz w:val="24"/>
        </w:rPr>
        <w:t>[DATE]</w:t>
      </w:r>
      <w:r>
        <w:rPr>
          <w:rFonts w:ascii="Times New Roman" w:hAnsi="Times New Roman" w:eastAsia="Times New Roman" w:cs="Times New Roman"/>
          <w:sz w:val="24"/>
        </w:rPr>
        <w:t xml:space="preserve"> </w:t>
      </w:r>
    </w:p>
    <w:p>
      <w:pPr/>
      <w:r>
        <w:rPr>
          <w:rFonts w:ascii="Times New Roman" w:hAnsi="Times New Roman" w:eastAsia="Times New Roman" w:cs="Times New Roman"/>
          <w:sz w:val="24"/>
        </w:rPr>
        <w:t xml:space="preserve">                                                                                    </w:t>
      </w:r>
    </w:p>
    <w:p>
      <w:pPr/>
      <w:r>
        <w:rPr>
          <w:rFonts w:ascii="Times New Roman" w:hAnsi="Times New Roman" w:eastAsia="Times New Roman" w:cs="Times New Roman"/>
          <w:sz w:val="24"/>
        </w:rPr>
        <w:tab/>
        <w:tab/>
        <w:tab/>
        <w:tab/>
        <w:t xml:space="preserve">    </w:t>
        <w:tab/>
        <w:tab/>
        <w:tab/>
        <w:tab/>
        <w:t xml:space="preserve">     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 xml:space="preserve">            </w:t>
      </w:r>
      <w:r>
        <w:rPr>
          <w:rFonts w:ascii="Times New Roman" w:hAnsi="Times New Roman" w:eastAsia="Times New Roman" w:cs="Times New Roman"/>
          <w:sz w:val="24"/>
        </w:rPr>
        <w:tab/>
        <w:tab/>
        <w:tab/>
        <w:tab/>
        <w:t xml:space="preserve"> </w:t>
        <w:tab/>
        <w:tab/>
        <w:tab/>
      </w:r>
    </w:p>
    <w:p>
      <w:pPr/>
    </w:p>
    <w:p>
      <w:pPr/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