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331"/>
        <w:jc w:val="center"/>
      </w:pPr>
      <w:r>
        <w:rPr>
          <w:rFonts w:ascii="Times New Roman" w:hAnsi="Times New Roman" w:eastAsia="Times New Roman" w:cs="Times New Roman"/>
          <w:b/>
          <w:sz w:val="24"/>
        </w:rPr>
        <w:t>WISCONSIN STATUTORY FORM</w:t>
        <w:br/>
        <w:t>POWER OF ATTORNEY</w:t>
        <w:br/>
        <w:t>FOR FINANCES AND PROPERTY</w:t>
      </w:r>
    </w:p>
    <w:p>
      <w:pPr>
        <w:ind w:firstLine="331"/>
        <w:jc w:val="center"/>
      </w:pPr>
    </w:p>
    <w:p>
      <w:pPr>
        <w:ind w:firstLine="331"/>
        <w:jc w:val="center"/>
      </w:pPr>
      <w:r>
        <w:rPr>
          <w:rFonts w:ascii="Times New Roman" w:hAnsi="Times New Roman" w:eastAsia="Times New Roman" w:cs="Times New Roman"/>
          <w:sz w:val="24"/>
        </w:rPr>
        <w:t>IMPORTANT INFORMATION</w:t>
      </w:r>
    </w:p>
    <w:p>
      <w:pPr>
        <w:ind w:firstLine="331"/>
        <w:jc w:val="center"/>
      </w:pPr>
    </w:p>
    <w:p>
      <w:pPr/>
      <w:r>
        <w:rPr>
          <w:rFonts w:ascii="Times New Roman" w:hAnsi="Times New Roman" w:eastAsia="Times New Roman" w:cs="Times New Roman"/>
          <w:sz w:val="24"/>
        </w:rPr>
        <w:t xml:space="preserve">THIS POWER OF ATTORNEY AUTHORIZES ANOTHER PERSON (YOUR AGENT) TO MAKE </w:t>
      </w:r>
      <w:r>
        <w:rPr>
          <w:rFonts w:ascii="Times New Roman" w:hAnsi="Times New Roman" w:eastAsia="Times New Roman" w:cs="Times New Roman"/>
          <w:sz w:val="24"/>
        </w:rPr>
        <w:t>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FOR FINANCES AND PROPERTY ACT IN CHAPTER 244 OF THE WISCONSIN STATUTES.</w:t>
      </w:r>
    </w:p>
    <w:p>
      <w:pPr/>
    </w:p>
    <w:p>
      <w:pPr/>
      <w:r>
        <w:rPr>
          <w:rFonts w:ascii="Times New Roman" w:hAnsi="Times New Roman" w:eastAsia="Times New Roman" w:cs="Times New Roman"/>
          <w:sz w:val="24"/>
        </w:rPr>
        <w:t>THIS POWER OF ATTORNEY DOES NOT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p>
    <w:p>
      <w:pPr/>
      <w:r>
        <w:rPr>
          <w:rFonts w:ascii="Times New Roman" w:hAnsi="Times New Roman" w:eastAsia="Times New Roman" w:cs="Times New Roman"/>
          <w:sz w:val="24"/>
        </w:rPr>
        <w:t>YOUR AGENT IS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2ND SUCCESSOR AGENT.</w:t>
      </w:r>
    </w:p>
    <w:p>
      <w:pPr/>
    </w:p>
    <w:p>
      <w:pPr/>
      <w:r>
        <w:rPr>
          <w:rFonts w:ascii="Times New Roman" w:hAnsi="Times New Roman" w:eastAsia="Times New Roman" w:cs="Times New Roman"/>
          <w:sz w:val="24"/>
        </w:rPr>
        <w:t>THIS POWER OF ATTORNEY BECOMES EFFECTIVE IMMEDIATELY UNLESS YOU STATE OTHERWISE IN THE SPECIAL INSTRUCTIONS. THIS POWER OF ATTORNEY DOES NOT REVOKE ANY POWER OF ATTORNEY EXECUTED PREVIOUSLY UNLESS YOU SO PROVIDE IN THE SPECIAL INSTRUCTIONS.</w:t>
      </w:r>
    </w:p>
    <w:p>
      <w:pPr/>
    </w:p>
    <w:p>
      <w:pPr/>
      <w:r>
        <w:rPr>
          <w:rFonts w:ascii="Times New Roman" w:hAnsi="Times New Roman" w:eastAsia="Times New Roman" w:cs="Times New Roman"/>
          <w:sz w:val="24"/>
        </w:rPr>
        <w:t>IF YOU REVOKE THIS POWER OF ATTORNEY, YOU SHOULD NOTIFY YOUR AGENT AND ANY OTHER PERSON TO WHOM YOU HAVE GIVEN A COPY. IF YOUR AGENT IS YOUR SPOUSE OR DOMESTIC PARTNER AND YOUR MARRIAGE IS ANNULLED OR YOU ARE DIVORCED OR LEGALLY SEPARATED OR THE DOMESTIC PARTNERSHIP IS TERMINATED AFTER SIGNING THIS DOCUMENT, THE DOCUMENT IS INVALID.</w:t>
      </w:r>
    </w:p>
    <w:p>
      <w:pPr/>
    </w:p>
    <w:p>
      <w:pPr/>
      <w:r>
        <w:rPr>
          <w:rFonts w:ascii="Times New Roman" w:hAnsi="Times New Roman" w:eastAsia="Times New Roman" w:cs="Times New Roman"/>
          <w:sz w:val="24"/>
        </w:rPr>
        <w:t>IF YOU HAVE QUESTIONS ABOUT THE POWER OF ATTORNEY OR THE AUTHORITY YOU ARE GRANTING TO YOUR AGENT, YOU SHOULD SEEK LEGAL ADVICE BEFORE SIGNING THIS FORM.</w:t>
      </w:r>
    </w:p>
    <w:p>
      <w:pPr>
        <w:ind w:firstLine="331"/>
        <w:jc w:val="center"/>
      </w:pPr>
      <w:r>
        <w:rPr>
          <w:rFonts w:ascii="Times New Roman" w:hAnsi="Times New Roman" w:eastAsia="Times New Roman" w:cs="Times New Roman"/>
          <w:b/>
          <w:sz w:val="24"/>
        </w:rPr>
        <w:t>DESIGNATION OF AGENT</w:t>
      </w:r>
    </w:p>
    <w:p>
      <w:pPr>
        <w:ind w:firstLine="331"/>
        <w:jc w:val="center"/>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 OF AGENT]</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[TELEPHONE NUMBER OF AGENT]</w:t>
      </w:r>
    </w:p>
    <w:p>
      <w:pPr/>
    </w:p>
    <w:p>
      <w:pPr/>
      <w:r>
        <w:rPr>
          <w:rFonts w:ascii="Times New Roman" w:hAnsi="Times New Roman" w:eastAsia="Times New Roman" w:cs="Times New Roman"/>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 OF SUCCESSOR AGENT]</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 OF SUCCESSOR AGENT]</w:t>
      </w:r>
    </w:p>
    <w:p>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[PHONE NUMBER OF SUCCESSOR AGENT]</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 xml:space="preserve">Name of Second Successor Agent: </w:t>
      </w:r>
      <w:r>
        <w:rPr>
          <w:rFonts w:ascii="Times New Roman" w:hAnsi="Times New Roman" w:eastAsia="Times New Roman" w:cs="Times New Roman"/>
          <w:sz w:val="24"/>
        </w:rPr>
        <w:t>[NAME OF SECOND SUCCESSOR AGENT]</w:t>
      </w:r>
    </w:p>
    <w:p>
      <w:pPr/>
      <w:r>
        <w:rPr>
          <w:rFonts w:ascii="Times New Roman" w:hAnsi="Times New Roman" w:eastAsia="Times New Roman" w:cs="Times New Roman"/>
          <w:sz w:val="24"/>
        </w:rPr>
        <w:t xml:space="preserve">Second Successor Agent's Address: </w:t>
      </w:r>
      <w:r>
        <w:rPr>
          <w:rFonts w:ascii="Times New Roman" w:hAnsi="Times New Roman" w:eastAsia="Times New Roman" w:cs="Times New Roman"/>
          <w:sz w:val="24"/>
        </w:rPr>
        <w:t>[ADDRESS OF SECOND SUCCESSOR AGENT]</w:t>
      </w:r>
    </w:p>
    <w:p>
      <w:pPr/>
      <w:r>
        <w:rPr>
          <w:rFonts w:ascii="Times New Roman" w:hAnsi="Times New Roman" w:eastAsia="Times New Roman" w:cs="Times New Roman"/>
          <w:sz w:val="24"/>
        </w:rPr>
        <w:t xml:space="preserve">Second Successor Agent's Telephone Number: </w:t>
      </w:r>
      <w:r>
        <w:rPr>
          <w:rFonts w:ascii="Times New Roman" w:hAnsi="Times New Roman" w:eastAsia="Times New Roman" w:cs="Times New Roman"/>
          <w:sz w:val="24"/>
        </w:rPr>
        <w:t>[PHONE OF SECOND SUCCESSOR AGENT]</w:t>
      </w:r>
    </w:p>
    <w:p>
      <w:pPr/>
    </w:p>
    <w:p>
      <w:pPr>
        <w:ind w:firstLine="331"/>
        <w:jc w:val="center"/>
      </w:pPr>
    </w:p>
    <w:p>
      <w:pPr>
        <w:ind w:firstLine="331"/>
        <w:jc w:val="center"/>
      </w:pPr>
      <w:r>
        <w:rPr>
          <w:rFonts w:ascii="Times New Roman" w:hAnsi="Times New Roman" w:eastAsia="Times New Roman" w:cs="Times New Roman"/>
          <w:sz w:val="24"/>
        </w:rPr>
        <w:t>GRANT OF GENERAL AUTHORITY</w:t>
      </w:r>
    </w:p>
    <w:p>
      <w:pPr/>
      <w:r>
        <w:rPr>
          <w:rFonts w:ascii="Times New Roman" w:hAnsi="Times New Roman" w:eastAsia="Times New Roman" w:cs="Times New Roman"/>
          <w:sz w:val="24"/>
        </w:rPr>
        <w:t>I grant my agent and any successor agent general authority to act for me with respect to the following subjects as defined in the Uniform Power of Attorney for Finances and Property Act in chapter 244 of the Wisconsin statutes:</w:t>
      </w:r>
    </w:p>
    <w:p>
      <w:pPr/>
    </w:p>
    <w:p>
      <w:pPr/>
      <w:r>
        <w:rPr>
          <w:rFonts w:ascii="Times New Roman" w:hAnsi="Times New Roman" w:eastAsia="Times New Roman" w:cs="Times New Roman"/>
          <w:sz w:val="24"/>
        </w:rPr>
        <w:t>INITIAL each subject you want to include in the agent's general authority.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Real property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Tangible personal property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Digital property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Stocks and bonds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Commodities and options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Banks and other financial institutions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Operation of entity or business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Insurance and annuities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Estates, trusts, and other beneficial interests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Claims and litigation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Personal and family maintenance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Benefits from governmental programs or civil or military service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Retirement plans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Taxes</w:t>
      </w:r>
    </w:p>
    <w:p>
      <w:pPr>
        <w:ind w:firstLine="331"/>
        <w:jc w:val="center"/>
      </w:pPr>
      <w:r>
        <w:rPr>
          <w:rFonts w:ascii="Times New Roman" w:hAnsi="Times New Roman" w:eastAsia="Times New Roman" w:cs="Times New Roman"/>
          <w:b/>
          <w:sz w:val="24"/>
        </w:rPr>
        <w:t>LIMITATION ON AGENT'S AUTHORITY</w:t>
      </w:r>
    </w:p>
    <w:p>
      <w:pPr>
        <w:ind w:firstLine="331"/>
        <w:jc w:val="center"/>
      </w:pPr>
    </w:p>
    <w:p>
      <w:pPr/>
      <w:r>
        <w:rPr>
          <w:rFonts w:ascii="Times New Roman" w:hAnsi="Times New Roman" w:eastAsia="Times New Roman" w:cs="Times New Roman"/>
          <w:sz w:val="24"/>
        </w:rPr>
        <w:t>An agent who is not my spouse or domestic partner MAY NOT use my property to benefit the agent or a person to whom the agent owes an obligation of support unless I have included that authority in the special instructions.</w:t>
      </w:r>
    </w:p>
    <w:p>
      <w:pPr/>
    </w:p>
    <w:p>
      <w:pPr>
        <w:ind w:firstLine="331"/>
        <w:jc w:val="center"/>
      </w:pPr>
      <w:r>
        <w:rPr>
          <w:rFonts w:ascii="Times New Roman" w:hAnsi="Times New Roman" w:eastAsia="Times New Roman" w:cs="Times New Roman"/>
          <w:b/>
          <w:sz w:val="24"/>
        </w:rPr>
        <w:t>SPECIAL INSTRUCTIONS (OPTIONAL)</w:t>
      </w:r>
    </w:p>
    <w:p>
      <w:pPr>
        <w:ind w:firstLine="331"/>
        <w:jc w:val="center"/>
      </w:pPr>
    </w:p>
    <w:p>
      <w:pPr/>
      <w:r>
        <w:rPr>
          <w:rFonts w:ascii="Times New Roman" w:hAnsi="Times New Roman" w:eastAsia="Times New Roman" w:cs="Times New Roman"/>
          <w:sz w:val="24"/>
        </w:rPr>
        <w:t xml:space="preserve">You may give special instructions in the following space: </w:t>
      </w:r>
      <w:r>
        <w:rPr>
          <w:rFonts w:ascii="Times New Roman" w:hAnsi="Times New Roman" w:eastAsia="Times New Roman" w:cs="Times New Roman"/>
          <w:sz w:val="24"/>
        </w:rPr>
        <w:t>[DESCRIBE SPECIAL INSTRUCTIONS IF ANY]</w:t>
      </w:r>
    </w:p>
    <w:p>
      <w:pPr>
        <w:ind w:firstLine="331"/>
        <w:jc w:val="center"/>
      </w:pPr>
    </w:p>
    <w:p>
      <w:pPr>
        <w:ind w:firstLine="331"/>
        <w:jc w:val="center"/>
      </w:pPr>
      <w:r>
        <w:rPr>
          <w:rFonts w:ascii="Times New Roman" w:hAnsi="Times New Roman" w:eastAsia="Times New Roman" w:cs="Times New Roman"/>
          <w:b/>
          <w:sz w:val="24"/>
        </w:rPr>
        <w:t>EFFECTIVE DATE</w:t>
      </w:r>
    </w:p>
    <w:p>
      <w:pPr>
        <w:ind w:firstLine="331"/>
        <w:jc w:val="center"/>
      </w:pPr>
    </w:p>
    <w:p>
      <w:pPr/>
      <w:r>
        <w:rPr>
          <w:rFonts w:ascii="Times New Roman" w:hAnsi="Times New Roman" w:eastAsia="Times New Roman" w:cs="Times New Roman"/>
          <w:sz w:val="24"/>
        </w:rPr>
        <w:t>This power of attorney is effective immediately unless I have stated otherwise in the special instructions.</w:t>
      </w:r>
    </w:p>
    <w:p>
      <w:pPr/>
    </w:p>
    <w:p>
      <w:pPr>
        <w:ind w:firstLine="331"/>
        <w:jc w:val="center"/>
      </w:pPr>
      <w:r>
        <w:rPr>
          <w:rFonts w:ascii="Times New Roman" w:hAnsi="Times New Roman" w:eastAsia="Times New Roman" w:cs="Times New Roman"/>
          <w:b/>
          <w:sz w:val="24"/>
        </w:rPr>
        <w:t>NOMINATION OF GUARDIAN (OPTIONAL)</w:t>
      </w:r>
    </w:p>
    <w:p>
      <w:pPr>
        <w:ind w:firstLine="331"/>
        <w:jc w:val="center"/>
      </w:pPr>
    </w:p>
    <w:p>
      <w:pPr/>
      <w:r>
        <w:rPr>
          <w:rFonts w:ascii="Times New Roman" w:hAnsi="Times New Roman" w:eastAsia="Times New Roman" w:cs="Times New Roman"/>
          <w:sz w:val="24"/>
        </w:rPr>
        <w:t>If it becomes necessary for a court to appoint a guardian of my estate or guardian of my person, I nominate the following person(s) for appointment:</w:t>
      </w:r>
    </w:p>
    <w:p>
      <w:pPr>
        <w:ind w:firstLine="331"/>
      </w:pPr>
    </w:p>
    <w:p>
      <w:pPr/>
      <w:r>
        <w:rPr>
          <w:rFonts w:ascii="Times New Roman" w:hAnsi="Times New Roman" w:eastAsia="Times New Roman" w:cs="Times New Roman"/>
          <w:sz w:val="24"/>
        </w:rPr>
        <w:t xml:space="preserve">Name of Nominee for conservator of my estate: </w:t>
      </w:r>
      <w:r>
        <w:rPr>
          <w:rFonts w:ascii="Times New Roman" w:hAnsi="Times New Roman" w:eastAsia="Times New Roman" w:cs="Times New Roman"/>
          <w:sz w:val="24"/>
        </w:rPr>
        <w:t>[CONSERVATOR NAME]</w:t>
      </w:r>
    </w:p>
    <w:p>
      <w:pPr/>
      <w:r>
        <w:rPr>
          <w:rFonts w:ascii="Times New Roman" w:hAnsi="Times New Roman" w:eastAsia="Times New Roman" w:cs="Times New Roman"/>
          <w:sz w:val="24"/>
        </w:rPr>
        <w:t>Nominee's Address:</w:t>
      </w:r>
      <w:r>
        <w:rPr>
          <w:rFonts w:ascii="Times New Roman" w:hAnsi="Times New Roman" w:eastAsia="Times New Roman" w:cs="Times New Roman"/>
          <w:sz w:val="24"/>
        </w:rPr>
        <w:t>[CONSERVATOR ADDRESS]</w:t>
      </w: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[CONSERVATOR PHONE NUMBER]</w:t>
      </w:r>
    </w:p>
    <w:p>
      <w:pPr/>
      <w:r>
        <w:rPr>
          <w:rFonts w:ascii="Times New Roman" w:hAnsi="Times New Roman" w:eastAsia="Times New Roman" w:cs="Times New Roman"/>
          <w:sz w:val="24"/>
        </w:rPr>
        <w:t xml:space="preserve">Name of Nominee for guardian of my person: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[GUARDIAN PHONE NUMBER]</w:t>
      </w:r>
    </w:p>
    <w:p>
      <w:pPr>
        <w:ind w:firstLine="331"/>
      </w:pPr>
    </w:p>
    <w:p>
      <w:pPr>
        <w:ind w:firstLine="331"/>
        <w:jc w:val="center"/>
      </w:pPr>
      <w:r>
        <w:rPr>
          <w:rFonts w:ascii="Times New Roman" w:hAnsi="Times New Roman" w:eastAsia="Times New Roman" w:cs="Times New Roman"/>
          <w:b/>
          <w:sz w:val="24"/>
        </w:rPr>
        <w:t>RELIANCE ON THIS POWER OF ATTORNEY FOR FINANCES AND PROPERTY</w:t>
      </w:r>
    </w:p>
    <w:p>
      <w:pPr/>
    </w:p>
    <w:p>
      <w:pPr/>
      <w:r>
        <w:rPr>
          <w:rFonts w:ascii="Times New Roman" w:hAnsi="Times New Roman" w:eastAsia="Times New Roman" w:cs="Times New Roman"/>
          <w:sz w:val="24"/>
        </w:rPr>
        <w:t>Any person, including my agent, may rely upon the validity of this power of attorney or a copy of it unless that person knows that the power of attorney has been terminated or is invalid.</w:t>
      </w:r>
    </w:p>
    <w:p>
      <w:pPr/>
    </w:p>
    <w:p>
      <w:pPr>
        <w:spacing w:before="0" w:after="0"/>
        <w:ind w:firstLine="331"/>
        <w:jc w:val="center"/>
      </w:pPr>
      <w:r>
        <w:rPr>
          <w:rFonts w:ascii="Times New Roman" w:hAnsi="Times New Roman" w:eastAsia="Times New Roman" w:cs="Times New Roman"/>
          <w:b/>
          <w:sz w:val="24"/>
        </w:rPr>
        <w:t>SIGNATURE AND ACKNOWLEDGMENT</w:t>
      </w:r>
    </w:p>
    <w:p>
      <w:pPr>
        <w:ind w:firstLine="331"/>
        <w:jc w:val="center"/>
      </w:pPr>
    </w:p>
    <w:p>
      <w:pPr/>
      <w:r>
        <w:rPr>
          <w:rFonts w:ascii="Times New Roman" w:hAnsi="Times New Roman" w:eastAsia="Times New Roman" w:cs="Times New Roman"/>
          <w:sz w:val="24"/>
        </w:rPr>
        <w:t xml:space="preserve">Your signature </w:t>
      </w:r>
      <w:r>
        <w:rPr>
          <w:rFonts w:ascii="Times New Roman" w:hAnsi="Times New Roman" w:eastAsia="Times New Roman" w:cs="Times New Roman"/>
          <w:sz w:val="24"/>
        </w:rPr>
        <w:t>________________________________</w:t>
      </w:r>
      <w:r>
        <w:rPr>
          <w:rFonts w:ascii="Times New Roman" w:hAnsi="Times New Roman" w:eastAsia="Times New Roman" w:cs="Times New Roman"/>
          <w:sz w:val="24"/>
        </w:rPr>
        <w:t xml:space="preserve">   Date ____________________</w:t>
      </w:r>
    </w:p>
    <w:p>
      <w:pPr/>
      <w:r>
        <w:rPr>
          <w:rFonts w:ascii="Times New Roman" w:hAnsi="Times New Roman" w:eastAsia="Times New Roman" w:cs="Times New Roman"/>
          <w:sz w:val="24"/>
        </w:rPr>
        <w:t xml:space="preserve">Your Name Printed: </w:t>
      </w:r>
      <w:r>
        <w:rPr>
          <w:rFonts w:ascii="Times New Roman" w:hAnsi="Times New Roman" w:eastAsia="Times New Roman" w:cs="Times New Roman"/>
          <w:sz w:val="24"/>
        </w:rPr>
        <w:t>[PRINCIPAL NAME]</w:t>
      </w:r>
    </w:p>
    <w:p>
      <w:pPr/>
      <w:r>
        <w:rPr>
          <w:rFonts w:ascii="Times New Roman" w:hAnsi="Times New Roman" w:eastAsia="Times New Roman" w:cs="Times New Roman"/>
          <w:sz w:val="24"/>
        </w:rPr>
        <w:t xml:space="preserve">Your Address: </w:t>
      </w:r>
      <w:r>
        <w:rPr>
          <w:rFonts w:ascii="Times New Roman" w:hAnsi="Times New Roman" w:eastAsia="Times New Roman" w:cs="Times New Roman"/>
          <w:sz w:val="24"/>
        </w:rPr>
        <w:t>[PRINCIPAL ADDRESS]</w:t>
      </w:r>
    </w:p>
    <w:p>
      <w:pPr/>
      <w:r>
        <w:rPr>
          <w:rFonts w:ascii="Times New Roman" w:hAnsi="Times New Roman" w:eastAsia="Times New Roman" w:cs="Times New Roman"/>
          <w:sz w:val="24"/>
        </w:rPr>
        <w:t xml:space="preserve">Your Telephone Number: </w:t>
      </w:r>
      <w:r>
        <w:rPr>
          <w:rFonts w:ascii="Times New Roman" w:hAnsi="Times New Roman" w:eastAsia="Times New Roman" w:cs="Times New Roman"/>
          <w:sz w:val="24"/>
        </w:rPr>
        <w:t>[PRINCIPAL PHONE NUMBER]</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State of Wisconsin</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 NAME]</w:t>
      </w:r>
    </w:p>
    <w:p>
      <w:pPr>
        <w:ind w:firstLine="331"/>
      </w:pP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by</w:t>
      </w:r>
    </w:p>
    <w:p>
      <w:pP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p>
    <w:p>
      <w:pPr>
        <w:ind w:firstLine="331"/>
      </w:pPr>
      <w:r>
        <w:rPr>
          <w:rFonts w:ascii="Times New Roman" w:hAnsi="Times New Roman" w:eastAsia="Times New Roman" w:cs="Times New Roman"/>
          <w:sz w:val="24"/>
        </w:rPr>
        <w:t>(Seal, if any)</w:t>
      </w:r>
    </w:p>
    <w:p>
      <w:pPr>
        <w:ind w:firstLine="331"/>
      </w:pPr>
    </w:p>
    <w:p>
      <w:pPr/>
      <w:r>
        <w:rPr>
          <w:rFonts w:ascii="Times New Roman" w:hAnsi="Times New Roman" w:eastAsia="Times New Roman" w:cs="Times New Roman"/>
          <w:sz w:val="24"/>
        </w:rPr>
        <w:t xml:space="preserve">Signature of notary </w:t>
      </w:r>
      <w:r>
        <w:rPr>
          <w:rFonts w:ascii="Times New Roman" w:hAnsi="Times New Roman" w:eastAsia="Times New Roman" w:cs="Times New Roman"/>
          <w:sz w:val="24"/>
        </w:rPr>
        <w:t>________________________________</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This document prepared by: </w:t>
      </w:r>
      <w:r>
        <w:rPr>
          <w:rFonts w:ascii="Times New Roman" w:hAnsi="Times New Roman" w:eastAsia="Times New Roman" w:cs="Times New Roman"/>
          <w:sz w:val="24"/>
        </w:rPr>
        <w:t>[NAME OF PREPARER]</w:t>
      </w:r>
      <w:r>
        <w:rPr>
          <w:rFonts w:ascii="Times New Roman" w:hAnsi="Times New Roman" w:eastAsia="Times New Roman" w:cs="Times New Roman"/>
          <w:sz w:val="24"/>
        </w:rPr>
        <w:t xml:space="preserve">   </w:t>
      </w:r>
    </w:p>
    <w:p>
      <w:pPr/>
    </w:p>
    <w:p>
      <w:pPr>
        <w:spacing w:before="0" w:after="0"/>
        <w:jc w:val="center"/>
      </w:pPr>
      <w:r>
        <w:rPr>
          <w:rFonts w:ascii="Times New Roman" w:hAnsi="Times New Roman" w:eastAsia="Times New Roman" w:cs="Times New Roman"/>
          <w:b/>
          <w:sz w:val="24"/>
        </w:rPr>
        <w:t>IMPORTANT INFORMATION FOR AGENT</w:t>
      </w:r>
    </w:p>
    <w:p>
      <w:pPr>
        <w:ind w:firstLine="331"/>
        <w:jc w:val="center"/>
      </w:pPr>
    </w:p>
    <w:p>
      <w:pPr>
        <w:ind w:firstLine="331"/>
        <w:jc w:val="center"/>
      </w:pPr>
      <w:r>
        <w:rPr>
          <w:rFonts w:ascii="Times New Roman" w:hAnsi="Times New Roman" w:eastAsia="Times New Roman" w:cs="Times New Roman"/>
          <w:b/>
          <w:sz w:val="24"/>
        </w:rPr>
        <w:t>AGENT'S DUTIES</w:t>
      </w:r>
    </w:p>
    <w:p>
      <w:pPr>
        <w:ind w:firstLine="331"/>
        <w:jc w:val="center"/>
      </w:pPr>
    </w:p>
    <w:p>
      <w:pPr>
        <w:ind w:firstLine="331"/>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 DO ALL OF THE FOLLOWING:</w:t>
      </w: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ind w:firstLine="331"/>
      </w:pP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by </w:t>
      </w:r>
      <w:r>
        <w:rPr>
          <w:rFonts w:ascii="Times New Roman" w:hAnsi="Times New Roman" w:eastAsia="Times New Roman" w:cs="Times New Roman"/>
          <w:sz w:val="24"/>
        </w:rPr>
        <w:t>______________</w:t>
      </w:r>
      <w:r>
        <w:rPr>
          <w:rFonts w:ascii="Times New Roman" w:hAnsi="Times New Roman" w:eastAsia="Times New Roman" w:cs="Times New Roman"/>
          <w:sz w:val="24"/>
        </w:rPr>
        <w:t xml:space="preserve"> (agent’s signature) as agent</w:t>
      </w:r>
    </w:p>
    <w:p>
      <w:pPr/>
    </w:p>
    <w:p>
      <w:pPr/>
      <w:r>
        <w:rPr>
          <w:rFonts w:ascii="Times New Roman" w:hAnsi="Times New Roman" w:eastAsia="Times New Roman" w:cs="Times New Roman"/>
          <w:sz w:val="24"/>
        </w:rPr>
        <w:t>UNLESS THE SPECIAL INSTRUCTIONS IN THIS POWER OF ATTORNEY STATE OTHERWISE, YOU MUST ALSO DO ALL OF THE FOLLOWING:</w:t>
      </w: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b/>
          <w:sz w:val="24"/>
        </w:rPr>
        <w:t>(</w:t>
      </w: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ind w:firstLine="331"/>
      </w:pPr>
    </w:p>
    <w:p>
      <w:pPr>
        <w:jc w:val="center"/>
      </w:pPr>
      <w:r>
        <w:rPr>
          <w:rFonts w:ascii="Times New Roman" w:hAnsi="Times New Roman" w:eastAsia="Times New Roman" w:cs="Times New Roman"/>
          <w:b/>
          <w:sz w:val="24"/>
        </w:rPr>
        <w:t>TERMINATION OF AGENT'S AUTHORITY</w:t>
      </w:r>
    </w:p>
    <w:p>
      <w:pPr>
        <w:ind w:firstLine="331"/>
      </w:pPr>
    </w:p>
    <w:p>
      <w:pPr>
        <w:ind w:firstLine="331"/>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 ALL OF THE FOLLOWING:</w:t>
      </w: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FULLY ACCOMPLISHED.</w:t>
      </w:r>
    </w:p>
    <w:p>
      <w:pPr/>
      <w:r>
        <w:rPr>
          <w:rFonts w:ascii="Times New Roman" w:hAnsi="Times New Roman" w:eastAsia="Times New Roman" w:cs="Times New Roman"/>
          <w:sz w:val="24"/>
        </w:rPr>
        <w:t>IF YOU ARE MARRIED TO THE PRINCIPAL, A LEGAL ACTION IS FILED WITH A COURT TO END YOUR MARRIAGE, OR FOR YOUR LEGAL SEPARATION, UNLESS THE SPECIAL INSTRUCTIONS IN THIS POWER OF ATTORNEY STATE THAT SUCH AN ACTION WILL NOT TERMINATE YOUR AUTHORITY.</w:t>
      </w:r>
    </w:p>
    <w:p>
      <w:pPr/>
      <w:r>
        <w:rPr>
          <w:rFonts w:ascii="Times New Roman" w:hAnsi="Times New Roman" w:eastAsia="Times New Roman" w:cs="Times New Roman"/>
          <w:sz w:val="24"/>
        </w:rPr>
        <w:t>IF YOU ARE THE PRINCIPAL'S DOMESTIC PARTNER AND YOUR DOMESTIC PARTNERSHIP IS TERMINATED, UNLESS THE SPECIAL INSTRUCTIONS IN THIS POWER OF ATTORNEY STATE THAT SUCH AN ACTION WILL NOT TERMINATE YOUR AUTHORITY.</w:t>
      </w:r>
    </w:p>
    <w:p>
      <w:pPr/>
    </w:p>
    <w:p>
      <w:pPr>
        <w:ind w:firstLine="331"/>
        <w:jc w:val="center"/>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 xml:space="preserve">THE MEANING OF THE AUTHORITY GRANTED TO YOU IS DEFINED IN THE UNIFORM POWER OF ATTORNEY FOR FINANCES AND PROPERTY ACT IN CHAPTER </w:t>
      </w:r>
      <w:r>
        <w:rPr>
          <w:rFonts w:ascii="Times New Roman" w:hAnsi="Times New Roman" w:eastAsia="Times New Roman" w:cs="Times New Roman"/>
          <w:sz w:val="24"/>
        </w:rPr>
        <w:t xml:space="preserve"> OF THE WISCONSIN STATUTES. IF YOU VIOLATE THE UNIFORM POWER OF ATTORNEY FOR FINANCES AND PROPERTY ACT IN CHAPTER </w:t>
      </w:r>
      <w:r>
        <w:rPr>
          <w:rFonts w:ascii="Times New Roman" w:hAnsi="Times New Roman" w:eastAsia="Times New Roman" w:cs="Times New Roman"/>
          <w:sz w:val="24"/>
        </w:rPr>
        <w:t>244</w:t>
      </w:r>
      <w:r>
        <w:rPr>
          <w:rFonts w:ascii="Times New Roman" w:hAnsi="Times New Roman" w:eastAsia="Times New Roman" w:cs="Times New Roman"/>
          <w:sz w:val="24"/>
        </w:rPr>
        <w:t xml:space="preserve"> OF THE WISCONSIN STATUTES OR ACT OUTSIDE THE AUTHORITY GRANTED, YOU MAY BE LIABLE FOR ANY DAMAGES CAUSED BY YOUR VIOLATION.</w:t>
      </w:r>
    </w:p>
    <w:p>
      <w:pPr/>
    </w:p>
    <w:p>
      <w:pPr/>
      <w:r>
        <w:rPr>
          <w:rFonts w:ascii="Times New Roman" w:hAnsi="Times New Roman" w:eastAsia="Times New Roman" w:cs="Times New Roman"/>
          <w:sz w:val="24"/>
        </w:rPr>
        <w:t>IF THERE IS ANYTHING ABOUT THIS DOCUMENT OR YOUR DUTIES THAT YOU DO NOT UNDERSTAND, YOU SHOULD SEEK LEGAL ADVICE.</w:t>
      </w:r>
    </w:p>
    <w:p>
      <w:pPr>
        <w:ind w:firstLine="331"/>
        <w:jc w:val="center"/>
      </w:pPr>
    </w:p>
    <w:p>
      <w:pPr>
        <w:ind w:firstLine="331"/>
        <w:jc w:val="center"/>
      </w:pPr>
      <w:r>
        <w:rPr>
          <w:rFonts w:ascii="Times New Roman" w:hAnsi="Times New Roman" w:eastAsia="Times New Roman" w:cs="Times New Roman"/>
          <w:b/>
          <w:sz w:val="24"/>
        </w:rPr>
        <w:t>OPTIONAL SIGNATURE OF AGENT</w:t>
      </w:r>
    </w:p>
    <w:p>
      <w:pPr/>
    </w:p>
    <w:p>
      <w:pPr/>
      <w:r>
        <w:rPr>
          <w:rFonts w:ascii="Times New Roman" w:hAnsi="Times New Roman" w:eastAsia="Times New Roman" w:cs="Times New Roman"/>
          <w:sz w:val="24"/>
        </w:rPr>
        <w:t>I HAVE READ AND ACCEPT THE DUTIES AND LIABILITIES OF THE AGENT AS SPECIFIED IN THIS POWER OF ATTORNEY.</w:t>
      </w:r>
    </w:p>
    <w:p>
      <w:pPr/>
    </w:p>
    <w:p>
      <w:pPr/>
      <w:r>
        <w:rPr>
          <w:rFonts w:ascii="Times New Roman" w:hAnsi="Times New Roman" w:eastAsia="Times New Roman" w:cs="Times New Roman"/>
          <w:sz w:val="24"/>
        </w:rPr>
        <w:t xml:space="preserve">Agent's signature </w:t>
      </w: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 xml:space="preserve"> Date ______________</w:t>
      </w:r>
    </w:p>
    <w:p>
      <w:pPr/>
    </w:p>
    <w:p>
      <w:pPr>
        <w:jc w:val="center"/>
      </w:pPr>
      <w:r>
        <w:rPr>
          <w:rFonts w:ascii="Times New Roman" w:hAnsi="Times New Roman" w:eastAsia="Times New Roman" w:cs="Times New Roman"/>
          <w:b/>
          <w:sz w:val="24"/>
        </w:rPr>
        <w:t>AGENT'S CERTIFICATION AS TO THE VALIDITY OF POWER OF ATTORNEY</w:t>
      </w:r>
      <w:r>
        <w:rPr>
          <w:rFonts w:ascii="Times New Roman" w:hAnsi="Times New Roman" w:eastAsia="Times New Roman" w:cs="Times New Roman"/>
          <w:b/>
          <w:sz w:val="24"/>
        </w:rPr>
        <w:t xml:space="preserve"> FOR FINANCES AND</w:t>
        <w:br/>
        <w:t>PROPERTY</w:t>
      </w:r>
      <w:r>
        <w:rPr>
          <w:rFonts w:ascii="Times New Roman" w:hAnsi="Times New Roman" w:eastAsia="Times New Roman" w:cs="Times New Roman"/>
          <w:b/>
          <w:sz w:val="24"/>
        </w:rPr>
        <w:t xml:space="preserve"> AND AGENT'S AUTHORITY</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certify under penalty of perjury that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granted me authority as an agent or successor agent in a power of attorney dated </w:t>
      </w:r>
      <w:r>
        <w:rPr>
          <w:rFonts w:ascii="Times New Roman" w:hAnsi="Times New Roman" w:eastAsia="Times New Roman" w:cs="Times New Roman"/>
          <w:sz w:val="24"/>
        </w:rPr>
        <w:t>[DATE OF POWER OF ATTORNEY]</w:t>
      </w:r>
      <w:r>
        <w:rPr>
          <w:rFonts w:ascii="Times New Roman" w:hAnsi="Times New Roman" w:eastAsia="Times New Roman" w:cs="Times New Roman"/>
          <w:sz w:val="24"/>
        </w:rPr>
        <w:t>.</w:t>
      </w:r>
    </w:p>
    <w:p>
      <w:pPr/>
    </w:p>
    <w:p>
      <w:pPr/>
      <w:r>
        <w:rPr>
          <w:rFonts w:ascii="Times New Roman" w:hAnsi="Times New Roman" w:eastAsia="Times New Roman" w:cs="Times New Roman"/>
          <w:sz w:val="24"/>
        </w:rPr>
        <w:t>I further certify that to my knowledge:</w:t>
      </w:r>
    </w:p>
    <w:p>
      <w:pPr/>
      <w:r>
        <w:rPr>
          <w:rFonts w:ascii="Times New Roman" w:hAnsi="Times New Roman" w:eastAsia="Times New Roman" w:cs="Times New Roman"/>
          <w:sz w:val="24"/>
        </w:rPr>
        <w:t>The principal is alive and has not revoked the power of attorney or my authority to act under the power of attorney, and the power of attorney and my authority to act under the power of attorney have not terminated.</w:t>
      </w:r>
    </w:p>
    <w:p>
      <w:pPr/>
      <w:r>
        <w:rPr>
          <w:rFonts w:ascii="Times New Roman" w:hAnsi="Times New Roman" w:eastAsia="Times New Roman" w:cs="Times New Roman"/>
          <w:sz w:val="24"/>
        </w:rPr>
        <w:t>If the power of attorney was drafted to become effective upon the happening of an event or contingency, the event or contingency has occurred.</w:t>
      </w:r>
    </w:p>
    <w:p>
      <w:pPr/>
      <w:r>
        <w:rPr>
          <w:rFonts w:ascii="Times New Roman" w:hAnsi="Times New Roman" w:eastAsia="Times New Roman" w:cs="Times New Roman"/>
          <w:sz w:val="24"/>
        </w:rPr>
        <w:t>If I was named as a successor agent, the prior agent is no longer able or willing to serve.</w:t>
      </w:r>
    </w:p>
    <w:p>
      <w:pPr/>
      <w:r>
        <w:rPr>
          <w:rFonts w:ascii="Times New Roman" w:hAnsi="Times New Roman" w:eastAsia="Times New Roman" w:cs="Times New Roman"/>
          <w:sz w:val="24"/>
        </w:rPr>
        <w:t>[OTHER RELEVANT STATEMENTS IF ANY]</w:t>
      </w:r>
      <w:r>
        <w:rPr>
          <w:rFonts w:ascii="Times New Roman" w:hAnsi="Times New Roman" w:eastAsia="Times New Roman" w:cs="Times New Roman"/>
          <w:sz w:val="24"/>
        </w:rPr>
        <w:t>.</w:t>
      </w:r>
    </w:p>
    <w:p>
      <w:pPr/>
    </w:p>
    <w:p>
      <w:pPr>
        <w:jc w:val="center"/>
      </w:pPr>
      <w:r>
        <w:rPr>
          <w:rFonts w:ascii="Times New Roman" w:hAnsi="Times New Roman" w:eastAsia="Times New Roman" w:cs="Times New Roman"/>
          <w:b/>
          <w:sz w:val="24"/>
        </w:rPr>
        <w:t>SIGNATURE AND ACKNOWLEDGMENT</w:t>
      </w:r>
    </w:p>
    <w:p>
      <w:pPr>
        <w:jc w:val="center"/>
      </w:pPr>
    </w:p>
    <w:p>
      <w:pPr/>
      <w:r>
        <w:rPr>
          <w:rFonts w:ascii="Times New Roman" w:hAnsi="Times New Roman" w:eastAsia="Times New Roman" w:cs="Times New Roman"/>
          <w:sz w:val="24"/>
        </w:rPr>
        <w:t xml:space="preserve">Agent’s signature </w:t>
      </w:r>
      <w:r>
        <w:rPr>
          <w:rFonts w:ascii="Times New Roman" w:hAnsi="Times New Roman" w:eastAsia="Times New Roman" w:cs="Times New Roman"/>
          <w:sz w:val="24"/>
        </w:rPr>
        <w:t xml:space="preserve">______________________________   </w:t>
      </w:r>
      <w:r>
        <w:rPr>
          <w:rFonts w:ascii="Times New Roman" w:hAnsi="Times New Roman" w:eastAsia="Times New Roman" w:cs="Times New Roman"/>
          <w:sz w:val="24"/>
        </w:rPr>
        <w:t>Date __________________</w:t>
      </w:r>
    </w:p>
    <w:p>
      <w:pPr/>
      <w:r>
        <w:rPr>
          <w:rFonts w:ascii="Times New Roman" w:hAnsi="Times New Roman" w:eastAsia="Times New Roman" w:cs="Times New Roman"/>
          <w:sz w:val="24"/>
        </w:rPr>
        <w:t xml:space="preserve">Agent's Name Printed: </w:t>
      </w:r>
      <w:r>
        <w:rPr>
          <w:rFonts w:ascii="Times New Roman" w:hAnsi="Times New Roman" w:eastAsia="Times New Roman" w:cs="Times New Roman"/>
          <w:sz w:val="24"/>
        </w:rPr>
        <w:t>[NAME OF AGENT]</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p>
    <w:p>
      <w:pPr/>
      <w:r>
        <w:rPr>
          <w:rFonts w:ascii="Times New Roman" w:hAnsi="Times New Roman" w:eastAsia="Times New Roman" w:cs="Times New Roman"/>
          <w:sz w:val="24"/>
        </w:rPr>
        <w:t>Agent's Telephone Number:</w:t>
      </w:r>
      <w:r>
        <w:rPr>
          <w:rFonts w:ascii="Times New Roman" w:hAnsi="Times New Roman" w:eastAsia="Times New Roman" w:cs="Times New Roman"/>
          <w:sz w:val="24"/>
        </w:rPr>
        <w:t>[PHONE NUMBER OF AGENT]</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by </w:t>
      </w:r>
      <w:r>
        <w:rPr>
          <w:rFonts w:ascii="Times New Roman" w:hAnsi="Times New Roman" w:eastAsia="Times New Roman" w:cs="Times New Roman"/>
          <w:sz w:val="24"/>
        </w:rPr>
        <w:t>[NAME OF AGENT]</w:t>
      </w:r>
      <w:r>
        <w:rPr>
          <w:rFonts w:ascii="Times New Roman" w:hAnsi="Times New Roman" w:eastAsia="Times New Roman" w:cs="Times New Roman"/>
          <w:sz w:val="24"/>
        </w:rPr>
        <w:t>.</w:t>
      </w:r>
    </w:p>
    <w:p>
      <w:pPr/>
    </w:p>
    <w:p>
      <w:pPr>
        <w:ind w:firstLine="331"/>
      </w:pPr>
      <w:r>
        <w:rPr>
          <w:rFonts w:ascii="Times New Roman" w:hAnsi="Times New Roman" w:eastAsia="Times New Roman" w:cs="Times New Roman"/>
          <w:sz w:val="24"/>
        </w:rPr>
        <w:t>(Seal, if any)</w:t>
      </w:r>
    </w:p>
    <w:p>
      <w:pPr>
        <w:ind w:firstLine="331"/>
      </w:pPr>
    </w:p>
    <w:p>
      <w:pPr/>
      <w:r>
        <w:rPr>
          <w:rFonts w:ascii="Times New Roman" w:hAnsi="Times New Roman" w:eastAsia="Times New Roman" w:cs="Times New Roman"/>
          <w:sz w:val="24"/>
        </w:rPr>
        <w:t xml:space="preserve">Signature of notary </w:t>
      </w:r>
      <w:r>
        <w:rPr>
          <w:rFonts w:ascii="Times New Roman" w:hAnsi="Times New Roman" w:eastAsia="Times New Roman" w:cs="Times New Roman"/>
          <w:sz w:val="24"/>
        </w:rPr>
        <w:t xml:space="preserve">________________________________   </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This document prepared by: </w:t>
      </w:r>
      <w:r>
        <w:rPr>
          <w:rFonts w:ascii="Times New Roman" w:hAnsi="Times New Roman" w:eastAsia="Times New Roman" w:cs="Times New Roman"/>
          <w:sz w:val="24"/>
        </w:rPr>
        <w:t>[NAME OF PREPARER]</w:t>
      </w:r>
      <w:r>
        <w:rPr>
          <w:rFonts w:ascii="Times New Roman" w:hAnsi="Times New Roman" w:eastAsia="Times New Roman" w:cs="Times New Roman"/>
          <w:sz w:val="24"/>
        </w:rPr>
        <w:t xml:space="preserve">   </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