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California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Cal Corp Code § 17704.07 [</w:t>
      </w:r>
      <w:r>
        <w:rPr>
          <w:rFonts w:ascii="Times New Roman" w:hAnsi="Times New Roman" w:eastAsia="Times New Roman" w:cs="Times New Roman"/>
          <w:b/>
          <w:sz w:val="24"/>
        </w:rPr>
        <w:t>Optional Provision</w:t>
      </w:r>
      <w:r>
        <w:rPr>
          <w:rFonts w:ascii="Times New Roman" w:hAnsi="Times New Roman" w:eastAsia="Times New Roman" w:cs="Times New Roman"/>
          <w:b w:val="0"/>
          <w:sz w:val="24"/>
        </w:rPr>
        <w:t>: and in accordance with] [the relevant provisions of the limited liability company operating agreement, if applicable],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purchase that certain real property located at [street address] [city], California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Company intends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200" w:after="0" w:line="260" w:lineRule="exact"/>
        <w:ind w:left="360" w:right="0" w:firstLine="0"/>
        <w:jc w:val="both"/>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