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Ga. Code Ann. § 14-11-309,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Georgi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