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 of [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 name of purchaser/borrower],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Ohio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Ohio Rev. Code Ann. § 1705.29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and in accordance with] [ the relevant provisions of the limited liability company operating agreement, if applicable],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purchase that certain real property located at [ street address] [ city], Ohio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for the purchase price of [ dollar amount in words] AND [ cents in numbers]/100 DOLLARS ($[ purchase price in numbers]) as more particularly described in that certain Purchase and Sale Agreement dated [ date], by and between the Company, as purchaser, and [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Company intends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finance the purchase of the Property from [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in the principal amount of [ dollar amount in words] AND [ cents in numbers]/100 DOLLARS ($[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purchase the Property pursuant to the terms of the Purchase Agreement, and that [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 day] day of [ month], [ year].</w:t>
      </w:r>
    </w:p>
    <w:p>
      <w:pPr>
        <w:keepNext w:val="0"/>
        <w:spacing w:before="200" w:after="0" w:line="260" w:lineRule="exact"/>
        <w:ind w:left="360" w:right="0" w:firstLine="0"/>
        <w:jc w:val="both"/>
      </w:pPr>
      <w:r>
        <w:rPr>
          <w:rFonts w:ascii="Times New Roman" w:hAnsi="Times New Roman" w:eastAsia="Times New Roman" w:cs="Times New Roman"/>
          <w:b/>
          <w:sz w:val="24"/>
        </w:rPr>
        <w:t xml:space="preserve">[ 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 state of organization] [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name]</w:t>
      </w:r>
    </w:p>
    <w:p>
      <w:pPr>
        <w:keepNext w:val="0"/>
        <w:spacing w:before="120" w:after="0" w:line="260" w:lineRule="exact"/>
        <w:ind w:left="360" w:right="0" w:firstLine="0"/>
        <w:jc w:val="left"/>
      </w:pPr>
      <w:r>
        <w:rPr>
          <w:rFonts w:ascii="Times New Roman" w:hAnsi="Times New Roman" w:eastAsia="Times New Roman" w:cs="Times New Roman"/>
          <w:b w:val="0"/>
          <w:sz w:val="24"/>
        </w:rPr>
        <w:t>Title: [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