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Texas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Tex. Bus. Orgs. Code § 101.359,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Texas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sz w:val="24"/>
        </w:rPr>
        <w:t>:</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