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Manager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ACTION BY WRITTEN CONSENT OF THE MANAGER OF [LIMITED LIABILITY COMPANY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manager of [name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in New York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acting pursuant to N.Y. Ltd. Liab. Co. Law § 408, hereby adopts the following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is the fee owner of certain real property located at [street address] [city], New York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and [name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b w:val="0"/>
          <w:sz w:val="24"/>
        </w:rPr>
        <w:t xml:space="preserve">”), have agreed to refinance the Property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from Lender, in the principal amount of [dollar amount in words] AND [cents in numbers]/100 DOLLARS ($[loan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Optional Provision (Listing Loan Documents):</w:t>
      </w:r>
      <w:r>
        <w:rPr>
          <w:rFonts w:ascii="Times New Roman" w:hAnsi="Times New Roman" w:eastAsia="Times New Roman" w:cs="Times New Roman"/>
          <w:b w:val="0"/>
          <w:sz w:val="24"/>
        </w:rPr>
        <w:t xml:space="preserve"> including, without limitation, the documents set forth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b w:val="0"/>
          <w:sz w:val="24"/>
        </w:rPr>
        <w:t>”, each in substantially the form presented to the manager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Loan Documents hereby are approved, and that any of the Designated Officers be, and each of them hereby is, authorized, empowered, and directed, in the name and on behalf of the Company, to execute and deliver the Loan Documents in substantially the form presented to the manager of the Company, with such changes therein, additions thereto and deletions therefrom as such Designated Officer or Designated Officers shall approve, such approval to be conclusively evidenced by the execution of the Loan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written consent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sz w:val="24"/>
        </w:rPr>
        <w:t xml:space="preserve">[name of manager entity],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of organization] [entity type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