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Manager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Action by Written Consent of the Manager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manager of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California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Cal. Corp. Code § 17704.07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and in accordance with] [the relevant provisions of the limited liability company operating agreement, if applicable],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intends to sell that certain real property located at [street address] [city], California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[dollar amount in words] AND [cents in numbers]/100 DOLLARS ($[purchase price in numbers]) as more particularly described in that certain Purchase and Sale Agreement dated [date], by and between the Company, as purchaser, and [name of seller], as seller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sell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b w:val="0"/>
          <w:sz w:val="24"/>
        </w:rPr>
        <w:t>”) be, and each of them hereby is, duly authorized to act on behalf of the Company, in connection with the sale by the Company of the Property and to execute and deliver, without limitation, any documents in connection with the sale by the Company of the Property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each in substantially the form presented to the manager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manager of the Company, with such changes therein, additions thereto and deletions therefrom as such Designated Officer or Designated Officers shall approve, such approval to be conclusively evidenced by the execution of the Transaction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[name of manager entity],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of organization] [entity type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