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Manager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Action by Written Consent of the Manager of [limited liability company name]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the manager of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in New Jersey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acting pursuant to N.J. Stat. § 42:2C-37, hereby adopts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intends to sell that certain real property located at [street address] [city], New Jersey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of [dollar amount in words] AND [cents in numbers]/100 DOLLARS ($[purchase price in numbers]) as more particularly described in that certain Purchase and Sale Agreement dated [date], by and between the Company, as purchaser, and [name of seller], as seller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sell the Property pursuant to the terms of the Purchase Agreement, and that [names and titles of all officers granted authority to bind the Company] (together, the “</w:t>
      </w:r>
      <w:r>
        <w:rPr>
          <w:rFonts w:ascii="Times New Roman" w:hAnsi="Times New Roman" w:eastAsia="Times New Roman" w:cs="Times New Roman"/>
          <w:b/>
          <w:sz w:val="24"/>
        </w:rPr>
        <w:t>Designated Office</w:t>
      </w:r>
      <w:r>
        <w:rPr>
          <w:rFonts w:ascii="Times New Roman" w:hAnsi="Times New Roman" w:eastAsia="Times New Roman" w:cs="Times New Roman"/>
          <w:b w:val="0"/>
          <w:sz w:val="24"/>
        </w:rPr>
        <w:t>rs”) be, and each of them hereby is, duly authorized to act on behalf of the Company, in connection with the sale by the Company of the Property and to execute and deliver, without limitation, any documents in connection with the sale by the Company of the Property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b w:val="0"/>
          <w:sz w:val="24"/>
        </w:rPr>
        <w:t>”), each in substantially the form presented to the manager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manager of the Company, with such changes therein, additions thereto and deletions therefrom as such Designated Officer or Designated Officers shall approve, such approval to be conclusively evidenced by the execution of the Transaction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actions taken by the Designated Officers to date in connection with the foregoing resolutions or the transactions contemplated thereby are hereby in all respects confirmed, ratified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written consent shall be kept with the records of the Company and shall have the same force and effect as if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Company duly noticed and held.</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written consent as of the [day] day of [month], [year].</w:t>
      </w:r>
    </w:p>
    <w:p>
      <w:pPr>
        <w:keepNext w:val="0"/>
        <w:spacing w:before="120" w:after="0" w:line="260" w:lineRule="exact"/>
        <w:ind w:left="360" w:right="0" w:firstLine="0"/>
        <w:jc w:val="left"/>
      </w:pPr>
      <w:r>
        <w:rPr>
          <w:rFonts w:ascii="Times New Roman" w:hAnsi="Times New Roman" w:eastAsia="Times New Roman" w:cs="Times New Roman"/>
          <w:b/>
          <w:sz w:val="24"/>
        </w:rPr>
        <w:t xml:space="preserve">[name of manager entity],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[state of organization] [entity type of manager]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