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New York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N.Y. Ltd. Liab. Co. Law § 408,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New York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manager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