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the Managers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[UNANIMOUS] WRITTEN CONSENT</w:t>
      </w:r>
    </w:p>
    <w:p>
      <w:pPr>
        <w:keepNext w:val="0"/>
        <w:spacing w:before="200" w:after="0" w:line="260" w:lineRule="exact"/>
        <w:ind w:left="360" w:right="0" w:firstLine="0"/>
        <w:jc w:val="center"/>
      </w:pPr>
      <w:r>
        <w:rPr>
          <w:rFonts w:ascii="Times New Roman" w:hAnsi="Times New Roman" w:eastAsia="Times New Roman" w:cs="Times New Roman"/>
          <w:b/>
          <w:sz w:val="24"/>
        </w:rPr>
        <w:t>OF</w:t>
      </w:r>
    </w:p>
    <w:p>
      <w:pPr>
        <w:keepNext w:val="0"/>
        <w:spacing w:before="200" w:after="0" w:line="260" w:lineRule="exact"/>
        <w:ind w:left="360" w:right="0" w:firstLine="0"/>
        <w:jc w:val="center"/>
      </w:pPr>
      <w:r>
        <w:rPr>
          <w:rFonts w:ascii="Times New Roman" w:hAnsi="Times New Roman" w:eastAsia="Times New Roman" w:cs="Times New Roman"/>
          <w:b/>
          <w:sz w:val="24"/>
        </w:rPr>
        <w:t>THE MANAGERS</w:t>
      </w:r>
    </w:p>
    <w:p>
      <w:pPr>
        <w:keepNext w:val="0"/>
        <w:spacing w:before="200" w:after="0" w:line="260" w:lineRule="exact"/>
        <w:ind w:left="360" w:right="0" w:firstLine="0"/>
        <w:jc w:val="center"/>
      </w:pPr>
      <w:r>
        <w:rPr>
          <w:rFonts w:ascii="Times New Roman" w:hAnsi="Times New Roman" w:eastAsia="Times New Roman" w:cs="Times New Roman"/>
          <w:b/>
          <w:sz w:val="24"/>
        </w:rPr>
        <w:t>OF</w:t>
      </w:r>
    </w:p>
    <w:p>
      <w:pPr>
        <w:keepNext w:val="0"/>
        <w:spacing w:before="200" w:after="0" w:line="260" w:lineRule="exact"/>
        <w:ind w:left="360" w:right="0" w:firstLine="0"/>
        <w:jc w:val="center"/>
      </w:pPr>
      <w:r>
        <w:rPr>
          <w:rFonts w:ascii="Times New Roman" w:hAnsi="Times New Roman" w:eastAsia="Times New Roman" w:cs="Times New Roman"/>
          <w:b/>
          <w:sz w:val="24"/>
        </w:rPr>
        <w:t>[NAME OF LIMITED LIABILITY COMPANY]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being [all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 [relevant percentage]] of the managers (the “</w:t>
      </w:r>
      <w:r>
        <w:rPr>
          <w:rFonts w:ascii="Times New Roman" w:hAnsi="Times New Roman" w:eastAsia="Times New Roman" w:cs="Times New Roman"/>
          <w:b/>
          <w:sz w:val="24"/>
        </w:rPr>
        <w:t>Managers</w:t>
      </w:r>
      <w:r>
        <w:rPr>
          <w:rFonts w:ascii="Times New Roman" w:hAnsi="Times New Roman" w:eastAsia="Times New Roman" w:cs="Times New Roman"/>
          <w:b w:val="0"/>
          <w:sz w:val="24"/>
        </w:rPr>
        <w:t xml:space="preserve">”) of [name of limited liability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Georgia limited liability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pursuant to authority to act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Section 14-11-309 of the Georgia Limited Liability Company Act, do hereby consent to taking the actions and adopting the resolutions set out below. This written consent is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convened meeting of the Managers, and all of the actions taken and resolutions set forth herein shall have the same force and effect as if they were taken or adopted at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This written consent is executed on the dates written beside each Manager’s name and will be effective immediately upon the later of such dates, and will be filed in the Company’s corporate records.</w:t>
      </w:r>
    </w:p>
    <w:p>
      <w:pPr>
        <w:keepNext w:val="0"/>
        <w:spacing w:before="200" w:after="0" w:line="260" w:lineRule="exact"/>
        <w:ind w:left="360" w:right="0" w:firstLine="0"/>
        <w:jc w:val="both"/>
      </w:pPr>
      <w:r>
        <w:rPr>
          <w:rFonts w:ascii="Times New Roman" w:hAnsi="Times New Roman" w:eastAsia="Times New Roman" w:cs="Times New Roman"/>
          <w:b w:val="0"/>
          <w:sz w:val="24"/>
        </w:rPr>
        <w:t>[OPERATIVE RESOLUTIONS AND ANY CORRESPONDING RECITALS]</w:t>
      </w:r>
    </w:p>
    <w:p>
      <w:pPr>
        <w:keepNext w:val="0"/>
        <w:spacing w:before="120" w:after="0" w:line="260" w:lineRule="exact"/>
        <w:ind w:left="360" w:right="0" w:firstLine="0"/>
        <w:jc w:val="left"/>
      </w:pPr>
      <w:r>
        <w:rPr>
          <w:rFonts w:ascii="Times New Roman" w:hAnsi="Times New Roman" w:eastAsia="Times New Roman" w:cs="Times New Roman"/>
          <w:b w:val="0"/>
          <w:sz w:val="24"/>
        </w:rPr>
        <w:t>General Authority</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[appropriate officers / [titles of appropriate corporate officers to be authorized (e.g., chief executive officer, president, etc.)] of the Company (the “</w:t>
      </w:r>
      <w:r>
        <w:rPr>
          <w:rFonts w:ascii="Times New Roman" w:hAnsi="Times New Roman" w:eastAsia="Times New Roman" w:cs="Times New Roman"/>
          <w:b/>
          <w:sz w:val="24"/>
        </w:rPr>
        <w:t>Officers</w:t>
      </w:r>
      <w:r>
        <w:rPr>
          <w:rFonts w:ascii="Times New Roman" w:hAnsi="Times New Roman" w:eastAsia="Times New Roman" w:cs="Times New Roman"/>
          <w:b w:val="0"/>
          <w:sz w:val="24"/>
        </w:rPr>
        <w:t>”) be, and each of them acting alone hereby is, authorized to take all such further action and to prepare, execute, deliver, and file all such agreements, instruments, documents, and certificates in the name and on behalf of the Company, and to incur and to pay all such fees and expenses, as they, or any one of them, deems necessary or appropriate in order to carry out the intent and effectuate the purpose of each of the foregoing resolutions; and</w:t>
      </w:r>
    </w:p>
    <w:p>
      <w:pPr>
        <w:keepNext w:val="0"/>
        <w:spacing w:before="200" w:after="0" w:line="260" w:lineRule="exact"/>
        <w:ind w:left="72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any and all prior actions taken by any Officer [or Manager] in connection with the carrying out of the [matters / transactions] contemplated by these resolutions are hereby ratified, confirmed, and approved.</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xml:space="preserve">, the undersigned Managers have executed this written consent as of the dates written below. This written consent may be executed in counterparts, each of which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when taken together, will constitute one instrument. Any signature page signifying approval of this written consent may be delivered by fax or Portable Document Format (PDF) transmission and will be binding to the same extent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 page.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 </w:t>
      </w: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 </w:t>
      </w: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 </w:t>
      </w: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