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Managers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MANAGERS OF [NAME OF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being [all/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majority/relevant percentage] of the managers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xml:space="preserv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Maryland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pursuant to the authority of the Maryland Limited Liability Company Act, as amended and Section [section number] of the Operating Agreement of the Company, dated [date] [add amended Operating Agreement, if applicable], do hereby consent to taking the actions and adopting the resolutions set out below. This written consent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Managers, and all actions taken and all resolutions set forth herein shall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written consent will be filed in the Company’s corporate records, and will be effective immediately upon the later of the dates appearing after the managers named below.</w:t>
      </w:r>
    </w:p>
    <w:p>
      <w:pPr>
        <w:keepNext w:val="0"/>
        <w:spacing w:before="120" w:after="0" w:line="260" w:lineRule="exact"/>
        <w:ind w:left="720" w:right="0" w:firstLine="0"/>
        <w:jc w:val="left"/>
      </w:pPr>
      <w:r>
        <w:rPr>
          <w:rFonts w:ascii="Times New Roman" w:hAnsi="Times New Roman" w:eastAsia="Times New Roman" w:cs="Times New Roman"/>
          <w:b/>
          <w:sz w:val="24"/>
        </w:rPr>
        <w:t>RESOLUTIONS</w:t>
      </w:r>
    </w:p>
    <w:p>
      <w:pPr>
        <w:keepNext w:val="0"/>
        <w:spacing w:before="200" w:after="0" w:line="260" w:lineRule="exact"/>
        <w:ind w:left="108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w:t>
      </w:r>
    </w:p>
    <w:p>
      <w:pPr>
        <w:keepNext w:val="0"/>
        <w:spacing w:before="200" w:after="0" w:line="260" w:lineRule="exact"/>
        <w:ind w:left="1440" w:right="0" w:firstLine="0"/>
        <w:jc w:val="both"/>
      </w:pPr>
      <w:r>
        <w:rPr>
          <w:rFonts w:ascii="Times New Roman" w:hAnsi="Times New Roman" w:eastAsia="Times New Roman" w:cs="Times New Roman"/>
          <w:b w:val="0"/>
          <w:sz w:val="24"/>
        </w:rPr>
        <w:t>[List company actions authorized by written consent (e.g., purchase or sale of company assets, adoption of banking resolution, or similar company authorizations).]</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w:t>
      </w:r>
    </w:p>
    <w:p>
      <w:pPr>
        <w:keepNext w:val="0"/>
        <w:spacing w:before="200" w:after="0" w:line="260" w:lineRule="exact"/>
        <w:ind w:left="1440" w:right="0" w:firstLine="0"/>
        <w:jc w:val="both"/>
      </w:pPr>
      <w:r>
        <w:rPr>
          <w:rFonts w:ascii="Times New Roman" w:hAnsi="Times New Roman" w:eastAsia="Times New Roman" w:cs="Times New Roman"/>
          <w:b w:val="0"/>
          <w:sz w:val="24"/>
        </w:rPr>
        <w:t>[List additional company actions authorized by written consent.]</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[appropriate officers / [titles of appropriate corporate officers to be authorized (e.g., Chief Executive Officer, President,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deems necessary or appropriate in order to carry out the intent and effectuate the purpose of each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and all prior actions taken by any Officer [or Manager] in connection with the carrying out of the [matters / transactions] contemplated by these resolutions are hereby ratified, confirmed, and approved.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Managers have executed this written consent as of the dates written below. This written consent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will constitute one instrument. Any signature page signifying approval of this written consent may be delivered by facsimile or Portable Document Format (PDF) transmission and will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