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MANAGERS OF [NAME OF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authority to act by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N.Y. Ltd. Liab. Co. Law § 419(b) of the New York Limited Liability Company Act, as amended, and Section [section number] of the Operating Agreement of the Company, dated [date] [add amended Operating Agreement, if applicable]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actions taken and all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will be filed in the Company’s corporate records, and will be effective immediately upon the later of the dates appearing after the managers named below.</w:t>
      </w:r>
    </w:p>
    <w:p>
      <w:pPr>
        <w:keepNext w:val="0"/>
        <w:spacing w:before="120" w:after="0" w:line="260" w:lineRule="exact"/>
        <w:ind w:left="720" w:right="0" w:firstLine="0"/>
        <w:jc w:val="left"/>
      </w:pPr>
      <w:r>
        <w:rPr>
          <w:rFonts w:ascii="Times New Roman" w:hAnsi="Times New Roman" w:eastAsia="Times New Roman" w:cs="Times New Roman"/>
          <w:b/>
          <w:sz w:val="24"/>
        </w:rPr>
        <w:t>RESOLUTIONS</w:t>
      </w:r>
    </w:p>
    <w:p>
      <w:pPr>
        <w:keepNext w:val="0"/>
        <w:spacing w:before="200" w:after="0" w:line="260" w:lineRule="exact"/>
        <w:ind w:left="108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w:t>
      </w:r>
    </w:p>
    <w:p>
      <w:pPr>
        <w:keepNext w:val="0"/>
        <w:spacing w:before="200" w:after="0" w:line="260" w:lineRule="exact"/>
        <w:ind w:left="1080" w:right="0" w:firstLine="0"/>
        <w:jc w:val="both"/>
      </w:pPr>
      <w:r>
        <w:rPr>
          <w:rFonts w:ascii="Times New Roman" w:hAnsi="Times New Roman" w:eastAsia="Times New Roman" w:cs="Times New Roman"/>
          <w:b w:val="0"/>
          <w:sz w:val="24"/>
        </w:rPr>
        <w:t>[List company actions authorized by written consent; e.g., purchase or sale of company assets, adoption of banking resolution, or similar company authorizations.]</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company actions authorized by written consent.]</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facsimile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