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Managers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MANAGERS OF [NAME OF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being [all/</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majority/relevant percentage] of the managers (the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pursuant to authority to act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Tex. Bus. Orgs. Code § 101.358(b) and Tex. Bus. Orgs. Code § 101.359 of the Texas Limited Liability Company Act, and Section [section number] of the Company Agreement of the Company, dated [date] [add amended Company Agreement, if applicable], do hereby consent to taking the actions and adopting the resolutions set out below. This written consent is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meeting of the Managers, and all of the actions taken and all resolutions set forth herein shall have the same force and effect as if they were taken or adopted 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This written consent will be filed in the Company’s corporate records, and will be effective immediately upon the later of the dates appearing after the managers named below.</w:t>
      </w:r>
    </w:p>
    <w:p>
      <w:pPr>
        <w:keepNext w:val="0"/>
        <w:spacing w:before="120" w:after="0" w:line="260" w:lineRule="exact"/>
        <w:ind w:left="720" w:right="0" w:firstLine="0"/>
        <w:jc w:val="left"/>
      </w:pPr>
      <w:r>
        <w:rPr>
          <w:rFonts w:ascii="Times New Roman" w:hAnsi="Times New Roman" w:eastAsia="Times New Roman" w:cs="Times New Roman"/>
          <w:b/>
          <w:sz w:val="24"/>
        </w:rPr>
        <w:t>RESOLUTIONS</w:t>
      </w:r>
    </w:p>
    <w:p>
      <w:pPr>
        <w:keepNext w:val="0"/>
        <w:spacing w:before="200" w:after="0" w:line="260" w:lineRule="exact"/>
        <w:ind w:left="108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w:t>
      </w:r>
    </w:p>
    <w:p>
      <w:pPr>
        <w:keepNext w:val="0"/>
        <w:spacing w:before="200" w:after="0" w:line="260" w:lineRule="exact"/>
        <w:ind w:left="108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w:t>
      </w:r>
    </w:p>
    <w:p>
      <w:pPr>
        <w:keepNext w:val="0"/>
        <w:spacing w:before="200" w:after="0" w:line="260" w:lineRule="exact"/>
        <w:ind w:left="108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120" w:after="0" w:line="260" w:lineRule="exact"/>
        <w:ind w:left="720" w:right="0" w:firstLine="0"/>
        <w:jc w:val="left"/>
      </w:pPr>
      <w:r>
        <w:rPr>
          <w:rFonts w:ascii="Times New Roman" w:hAnsi="Times New Roman" w:eastAsia="Times New Roman" w:cs="Times New Roman"/>
          <w:b/>
          <w:sz w:val="24"/>
        </w:rPr>
        <w:t>GENERAL AUTHORITY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[appropriate officers / [titles of appropriate corporate officers to be authorized, e.g., Chief Executive Officer, President, etc.] of the Company (the “</w:t>
      </w:r>
      <w:r>
        <w:rPr>
          <w:rFonts w:ascii="Times New Roman" w:hAnsi="Times New Roman" w:eastAsia="Times New Roman" w:cs="Times New Roman"/>
          <w:b/>
          <w:sz w:val="24"/>
        </w:rPr>
        <w:t>Officers</w:t>
      </w:r>
      <w:r>
        <w:rPr>
          <w:rFonts w:ascii="Times New Roman" w:hAnsi="Times New Roman" w:eastAsia="Times New Roman" w:cs="Times New Roman"/>
          <w:b w:val="0"/>
          <w:sz w:val="24"/>
        </w:rPr>
        <w:t>”) be, and each of them acting alone hereby is, authorized to take all such further action and to prepare, execute, deliver, and file all such agreements, instruments, documents, and certificates in the name and on behalf of the Company, and to incur and to pay all such fees and expenses, as they, or any one of them, deems necessary or appropriate in order to carry out the intent and effectuate the purpose of each of the foregoing resolutions;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any and all prior actions taken by any Officer [or Manager] in connection with the carrying out of the [matters / transactions] contemplated by these resolutions are hereby ratified, confirmed and approved.</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undersigned Managers have executed this written consent as of the dates written below. This written consent may be executed in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when taken together, will constitute one instrument. Any signature page signifying approval of this written consent may be delivered by facsimile or Portable Document Format (PDF) transmission and will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