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  <w:r>
        <w:rPr>
          <w:rFonts w:ascii="Times New Roman" w:hAnsi="Times New Roman" w:eastAsia="Times New Roman" w:cs="Times New Roman"/>
          <w:sz w:val="24"/>
        </w:rPr>
        <w:t>CREDIT CARD AUTHORIZATION FORM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I am authorizing the Wyndham Hotel Group to charge the credit card below for the following charges (please check all that apply):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Name of Guest(s):  ______________________________________________</w:t>
      </w:r>
    </w:p>
    <w:p>
      <w:pPr>
        <w:jc w:val="center"/>
      </w:pPr>
    </w:p>
    <w:p>
      <w:pPr>
        <w:ind w:hanging="1095"/>
      </w:pPr>
      <w:r>
        <w:rPr>
          <w:rFonts w:ascii="Times New Roman" w:hAnsi="Times New Roman" w:eastAsia="Times New Roman" w:cs="Times New Roman"/>
          <w:sz w:val="24"/>
        </w:rPr>
        <w:t>________</w:t>
        <w:tab/>
        <w:tab/>
        <w:t>Room, Tax and Resort Fee Charges for:</w:t>
        <w:tab/>
        <w:t>____________________________</w:t>
        <w:tab/>
        <w:tab/>
        <w:t xml:space="preserve"> (Please attach a list if for more than one person)</w:t>
      </w:r>
    </w:p>
    <w:p>
      <w:pPr>
        <w:ind w:hanging="1095"/>
      </w:pPr>
      <w:r>
        <w:rPr>
          <w:rFonts w:ascii="Times New Roman" w:hAnsi="Times New Roman" w:eastAsia="Times New Roman" w:cs="Times New Roman"/>
          <w:sz w:val="24"/>
        </w:rPr>
        <w:t xml:space="preserve">            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>Arrival Date: _______________</w:t>
        <w:tab/>
        <w:t>Departure Date: 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>_________</w:t>
        <w:tab/>
        <w:t>Guarantee Room, Tax and Resort Fee Only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</w:t>
        <w:tab/>
        <w:t>Payment for the following: Room Attrition or Cancellation Damages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</w:t>
        <w:tab/>
        <w:t>Amount $_______________</w:t>
        <w:tab/>
        <w:tab/>
        <w:tab/>
        <w:tab/>
        <w:tab/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</w:t>
        <w:tab/>
        <w:t>Banquet Charges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>(Includes food, beverage, meeting room rental, audio-visual and telephone lines)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By signing below I an authorizing the Wyndham Orlando Resort to charge this credit card for the above charges listed, under the terms specified on this form.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AMEX/VISA/MC/DC/DISC/CB   Card # ___________________________</w:t>
        <w:tab/>
        <w:t xml:space="preserve">  Exp.</w:t>
        <w:tab/>
        <w:t>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</w:t>
        <w:tab/>
        <w:t>____________________________</w:t>
        <w:tab/>
        <w:t>Signature</w:t>
        <w:tab/>
      </w:r>
      <w:r>
        <w:rPr>
          <w:rFonts w:ascii="Times New Roman" w:hAnsi="Times New Roman" w:eastAsia="Times New Roman" w:cs="Times New Roman"/>
          <w:sz w:val="24"/>
        </w:rPr>
        <w:t>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24"/>
        </w:rPr>
        <w:t>As It Appears on Card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               </w:t>
      </w:r>
    </w:p>
    <w:p>
      <w:pPr/>
      <w:r>
        <w:rPr>
          <w:rFonts w:ascii="Times New Roman" w:hAnsi="Times New Roman" w:eastAsia="Times New Roman" w:cs="Times New Roman"/>
          <w:sz w:val="24"/>
        </w:rPr>
        <w:t>Billing Address:</w:t>
        <w:tab/>
        <w:t>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City:</w:t>
        <w:tab/>
        <w:t>___________________________ State:   __________________</w:t>
        <w:tab/>
        <w:t xml:space="preserve">    Zip:</w:t>
        <w:tab/>
        <w:t xml:space="preserve"> 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**Please attach a copy of the </w:t>
      </w:r>
      <w:r>
        <w:rPr>
          <w:rFonts w:ascii="Times New Roman" w:hAnsi="Times New Roman" w:eastAsia="Times New Roman" w:cs="Times New Roman"/>
          <w:b/>
          <w:sz w:val="24"/>
        </w:rPr>
        <w:t>front</w:t>
      </w:r>
      <w:r>
        <w:rPr>
          <w:rFonts w:ascii="Times New Roman" w:hAnsi="Times New Roman" w:eastAsia="Times New Roman" w:cs="Times New Roman"/>
          <w:b/>
          <w:sz w:val="24"/>
        </w:rPr>
        <w:t xml:space="preserve"> and </w:t>
      </w:r>
      <w:r>
        <w:rPr>
          <w:rFonts w:ascii="Times New Roman" w:hAnsi="Times New Roman" w:eastAsia="Times New Roman" w:cs="Times New Roman"/>
          <w:b/>
          <w:sz w:val="24"/>
        </w:rPr>
        <w:t>back</w:t>
      </w:r>
      <w:r>
        <w:rPr>
          <w:rFonts w:ascii="Times New Roman" w:hAnsi="Times New Roman" w:eastAsia="Times New Roman" w:cs="Times New Roman"/>
          <w:b/>
          <w:sz w:val="24"/>
        </w:rPr>
        <w:t xml:space="preserve"> of the credit card listed above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and </w:t>
      </w:r>
      <w:r>
        <w:rPr>
          <w:rFonts w:ascii="Times New Roman" w:hAnsi="Times New Roman" w:eastAsia="Times New Roman" w:cs="Times New Roman"/>
          <w:b/>
          <w:sz w:val="24"/>
        </w:rPr>
        <w:t>driver’s license</w:t>
      </w:r>
      <w:r>
        <w:rPr>
          <w:rFonts w:ascii="Times New Roman" w:hAnsi="Times New Roman" w:eastAsia="Times New Roman" w:cs="Times New Roman"/>
          <w:b/>
          <w:sz w:val="24"/>
        </w:rPr>
        <w:t xml:space="preserve"> with matching signature**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Without this information, we are unable to process the charges.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