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200"/>
        <w:jc w:val="center"/>
      </w:pPr>
      <w:r>
        <w:rPr>
          <w:rFonts w:ascii="Times New Roman" w:hAnsi="Times New Roman" w:eastAsia="Times New Roman" w:cs="Times New Roman"/>
          <w:b/>
          <w:sz w:val="24"/>
        </w:rPr>
        <w:t>WYOMING ESTATE PLANNING CHECKLIST</w:t>
      </w:r>
    </w:p>
    <w:p>
      <w:pPr>
        <w:spacing w:before="280" w:after="280"/>
      </w:pPr>
      <w:r>
        <w:rPr>
          <w:rFonts w:ascii="Times New Roman" w:hAnsi="Times New Roman" w:eastAsia="Times New Roman" w:cs="Times New Roman"/>
          <w:sz w:val="24"/>
        </w:rPr>
        <w:t>An estate plan can be drawn up using these step-by-step instructions as a guideline. It should be noted, however, that an attorney who specializes in estate planning should be present throughout as these instructions should not be the misinterpreted as definitive legal advice.</w:t>
      </w:r>
    </w:p>
    <w:p>
      <w:pPr>
        <w:spacing w:before="280" w:after="280"/>
      </w:pPr>
      <w:r>
        <w:rPr>
          <w:rFonts w:ascii="Times New Roman" w:hAnsi="Times New Roman" w:eastAsia="Times New Roman" w:cs="Times New Roman"/>
          <w:b/>
          <w:sz w:val="24"/>
        </w:rPr>
        <w:t>Step 1 - Select a Health Care Agent</w:t>
      </w:r>
    </w:p>
    <w:p>
      <w:pPr>
        <w:spacing w:before="280" w:after="280"/>
      </w:pPr>
      <w:r>
        <w:rPr>
          <w:rFonts w:ascii="Times New Roman" w:hAnsi="Times New Roman" w:eastAsia="Times New Roman" w:cs="Times New Roman"/>
          <w:sz w:val="24"/>
        </w:rPr>
        <w:t xml:space="preserve">A </w:t>
      </w:r>
      <w:r>
        <w:rPr>
          <w:rFonts w:ascii="Times New Roman" w:hAnsi="Times New Roman" w:eastAsia="Times New Roman" w:cs="Times New Roman"/>
          <w:sz w:val="24"/>
        </w:rPr>
        <w:t>Health Care Agent</w:t>
      </w:r>
      <w:r>
        <w:rPr>
          <w:rFonts w:ascii="Times New Roman" w:hAnsi="Times New Roman" w:eastAsia="Times New Roman" w:cs="Times New Roman"/>
          <w:sz w:val="24"/>
        </w:rPr>
        <w:t>, or attorney-in-fact, is an individual selected to make medical decisions on behalf of the principal (patient). The agent will have the ability to communicate with the acting physician and hospital staff to determine the best course of action for medical treatment. They'll have the authority to sign any documentation required to administer or refuse health care treatment as proposed by the physician. All decisions will be made in accordance with the principal's best interests and wishes (as relayed in an Advance Directive).</w:t>
      </w:r>
    </w:p>
    <w:p>
      <w:pPr>
        <w:spacing w:before="280" w:after="280"/>
      </w:pPr>
      <w:r>
        <w:rPr>
          <w:rFonts w:ascii="Times New Roman" w:hAnsi="Times New Roman" w:eastAsia="Times New Roman" w:cs="Times New Roman"/>
          <w:sz w:val="24"/>
        </w:rPr>
        <w:t>Medical Power of Attorney</w:t>
      </w:r>
      <w:r>
        <w:rPr>
          <w:rFonts w:ascii="Times New Roman" w:hAnsi="Times New Roman" w:eastAsia="Times New Roman" w:cs="Times New Roman"/>
          <w:sz w:val="24"/>
        </w:rPr>
        <w:t xml:space="preserve"> - This document is used to select the health care representative, providing them with the necessary authority to oversee the treatment of the principal when they've lost decisional capacity. The POA can be effective upon signing or following incapacitation.</w:t>
      </w:r>
    </w:p>
    <w:p>
      <w:pPr>
        <w:spacing w:before="280" w:after="28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WY Stat § 35-22-403 (2017)</w:t>
      </w:r>
      <w:r>
        <w:rPr>
          <w:rFonts w:ascii="Times New Roman" w:hAnsi="Times New Roman" w:eastAsia="Times New Roman" w:cs="Times New Roman"/>
          <w:sz w:val="24"/>
        </w:rPr>
        <w:t>) - Must be signed by the principal and acknowledged before a notarial officer or two (2) adult witnesses.</w:t>
      </w:r>
    </w:p>
    <w:p>
      <w:pPr>
        <w:spacing w:before="280" w:after="280"/>
      </w:pPr>
      <w:r>
        <w:rPr>
          <w:rFonts w:ascii="Times New Roman" w:hAnsi="Times New Roman" w:eastAsia="Times New Roman" w:cs="Times New Roman"/>
          <w:b/>
          <w:sz w:val="24"/>
        </w:rPr>
        <w:t>Step 2 - Choose a Financial Agent</w:t>
      </w:r>
    </w:p>
    <w:p>
      <w:pPr>
        <w:spacing w:before="280" w:after="280"/>
      </w:pPr>
      <w:r>
        <w:rPr>
          <w:rFonts w:ascii="Times New Roman" w:hAnsi="Times New Roman" w:eastAsia="Times New Roman" w:cs="Times New Roman"/>
          <w:sz w:val="24"/>
        </w:rPr>
        <w:t xml:space="preserve">A </w:t>
      </w:r>
      <w:r>
        <w:rPr>
          <w:rFonts w:ascii="Times New Roman" w:hAnsi="Times New Roman" w:eastAsia="Times New Roman" w:cs="Times New Roman"/>
          <w:sz w:val="24"/>
        </w:rPr>
        <w:t>Financial Agent</w:t>
      </w:r>
      <w:r>
        <w:rPr>
          <w:rFonts w:ascii="Times New Roman" w:hAnsi="Times New Roman" w:eastAsia="Times New Roman" w:cs="Times New Roman"/>
          <w:sz w:val="24"/>
        </w:rPr>
        <w:t xml:space="preserve"> is a competent and trustworthy representative of an individual who has been granted the authority to act on their behalf with regard to financial management. The agent will have the ability to sign legal documents on behalf of the principal, they'll be able to access bank accounts, transfer property, collect insurance, and perform any other financial transaction. It is the representative's duty to exercise their power in the principal's best interests.</w:t>
      </w:r>
    </w:p>
    <w:p>
      <w:pPr>
        <w:spacing w:before="280" w:after="280"/>
      </w:pPr>
      <w:r>
        <w:rPr>
          <w:rFonts w:ascii="Times New Roman" w:hAnsi="Times New Roman" w:eastAsia="Times New Roman" w:cs="Times New Roman"/>
          <w:sz w:val="24"/>
        </w:rPr>
        <w:t>Durable (Financial) Power of Attorney</w:t>
      </w:r>
      <w:r>
        <w:rPr>
          <w:rFonts w:ascii="Times New Roman" w:hAnsi="Times New Roman" w:eastAsia="Times New Roman" w:cs="Times New Roman"/>
          <w:sz w:val="24"/>
        </w:rPr>
        <w:t xml:space="preserve"> - This power of attorney document is used to grant authority to a financial agent and clearly define the scope of power within which they can operate. Other provisions covering compensation, revocation of previous POAs, substitute agents, and the like will often be included as well. The term "durable" refers to the powers enduring beyond the principal's incapacitation.</w:t>
      </w:r>
    </w:p>
    <w:p>
      <w:pPr>
        <w:spacing w:before="280" w:after="28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WY Stat § 3-9-105 (2017)</w:t>
      </w:r>
      <w:r>
        <w:rPr>
          <w:rFonts w:ascii="Times New Roman" w:hAnsi="Times New Roman" w:eastAsia="Times New Roman" w:cs="Times New Roman"/>
          <w:sz w:val="24"/>
        </w:rPr>
        <w:t>) Must be signed by the principal and acknowledged before a notarial officer.</w:t>
      </w:r>
    </w:p>
    <w:p>
      <w:pPr>
        <w:spacing w:before="280" w:after="280"/>
      </w:pPr>
      <w:r>
        <w:rPr>
          <w:rFonts w:ascii="Times New Roman" w:hAnsi="Times New Roman" w:eastAsia="Times New Roman" w:cs="Times New Roman"/>
          <w:sz w:val="24"/>
        </w:rPr>
        <w:t>Financial Powers Allowed</w:t>
      </w:r>
      <w:r>
        <w:rPr>
          <w:rFonts w:ascii="Times New Roman" w:hAnsi="Times New Roman" w:eastAsia="Times New Roman" w:cs="Times New Roman"/>
          <w:sz w:val="24"/>
        </w:rPr>
        <w:t>:</w:t>
      </w:r>
    </w:p>
    <w:p>
      <w:pPr>
        <w:spacing w:before="280" w:after="0"/>
      </w:pPr>
      <w:r>
        <w:rPr>
          <w:rFonts w:ascii="Times New Roman" w:hAnsi="Times New Roman" w:eastAsia="Times New Roman" w:cs="Times New Roman"/>
          <w:sz w:val="24"/>
        </w:rPr>
        <w:t>Real Property</w:t>
      </w:r>
    </w:p>
    <w:p>
      <w:pPr>
        <w:spacing w:before="0" w:after="0"/>
      </w:pPr>
      <w:r>
        <w:rPr>
          <w:rFonts w:ascii="Times New Roman" w:hAnsi="Times New Roman" w:eastAsia="Times New Roman" w:cs="Times New Roman"/>
          <w:sz w:val="24"/>
        </w:rPr>
        <w:t>Tangible Personal Property</w:t>
      </w:r>
    </w:p>
    <w:p>
      <w:pPr>
        <w:spacing w:before="0" w:after="0"/>
      </w:pPr>
      <w:r>
        <w:rPr>
          <w:rFonts w:ascii="Times New Roman" w:hAnsi="Times New Roman" w:eastAsia="Times New Roman" w:cs="Times New Roman"/>
          <w:sz w:val="24"/>
        </w:rPr>
        <w:t>Stocks and Bonds</w:t>
      </w:r>
    </w:p>
    <w:p>
      <w:pPr>
        <w:spacing w:before="0" w:after="0"/>
      </w:pPr>
      <w:r>
        <w:rPr>
          <w:rFonts w:ascii="Times New Roman" w:hAnsi="Times New Roman" w:eastAsia="Times New Roman" w:cs="Times New Roman"/>
          <w:sz w:val="24"/>
        </w:rPr>
        <w:t>Commodities and Options</w:t>
      </w:r>
    </w:p>
    <w:p>
      <w:pPr>
        <w:spacing w:before="0" w:after="0"/>
      </w:pPr>
      <w:r>
        <w:rPr>
          <w:rFonts w:ascii="Times New Roman" w:hAnsi="Times New Roman" w:eastAsia="Times New Roman" w:cs="Times New Roman"/>
          <w:sz w:val="24"/>
        </w:rPr>
        <w:t>Banks and Other Financial Institutions</w:t>
      </w:r>
    </w:p>
    <w:p>
      <w:pPr>
        <w:spacing w:before="0" w:after="0"/>
      </w:pPr>
      <w:r>
        <w:rPr>
          <w:rFonts w:ascii="Times New Roman" w:hAnsi="Times New Roman" w:eastAsia="Times New Roman" w:cs="Times New Roman"/>
          <w:sz w:val="24"/>
        </w:rPr>
        <w:t>Operation of Entity or Business</w:t>
      </w:r>
    </w:p>
    <w:p>
      <w:pPr>
        <w:spacing w:before="0" w:after="0"/>
      </w:pPr>
      <w:r>
        <w:rPr>
          <w:rFonts w:ascii="Times New Roman" w:hAnsi="Times New Roman" w:eastAsia="Times New Roman" w:cs="Times New Roman"/>
          <w:sz w:val="24"/>
        </w:rPr>
        <w:t>Insurance and Annuities</w:t>
      </w:r>
    </w:p>
    <w:p>
      <w:pPr>
        <w:spacing w:before="0" w:after="0"/>
      </w:pPr>
      <w:r>
        <w:rPr>
          <w:rFonts w:ascii="Times New Roman" w:hAnsi="Times New Roman" w:eastAsia="Times New Roman" w:cs="Times New Roman"/>
          <w:sz w:val="24"/>
        </w:rPr>
        <w:t>Estates, Trusts and Other Beneficial Interests</w:t>
      </w:r>
    </w:p>
    <w:p>
      <w:pPr>
        <w:spacing w:before="0" w:after="0"/>
      </w:pPr>
      <w:r>
        <w:rPr>
          <w:rFonts w:ascii="Times New Roman" w:hAnsi="Times New Roman" w:eastAsia="Times New Roman" w:cs="Times New Roman"/>
          <w:sz w:val="24"/>
        </w:rPr>
        <w:t>Claims and Litigation</w:t>
      </w:r>
    </w:p>
    <w:p>
      <w:pPr>
        <w:spacing w:before="0" w:after="0"/>
      </w:pPr>
      <w:r>
        <w:rPr>
          <w:rFonts w:ascii="Times New Roman" w:hAnsi="Times New Roman" w:eastAsia="Times New Roman" w:cs="Times New Roman"/>
          <w:sz w:val="24"/>
        </w:rPr>
        <w:t>Personal and Family Maintenance</w:t>
      </w:r>
    </w:p>
    <w:p>
      <w:pPr>
        <w:spacing w:before="0" w:after="0"/>
      </w:pPr>
      <w:r>
        <w:rPr>
          <w:rFonts w:ascii="Times New Roman" w:hAnsi="Times New Roman" w:eastAsia="Times New Roman" w:cs="Times New Roman"/>
          <w:sz w:val="24"/>
        </w:rPr>
        <w:t>Benefits from Governmental Programs or Civil or Military Service</w:t>
      </w:r>
    </w:p>
    <w:p>
      <w:pPr>
        <w:spacing w:before="0" w:after="0"/>
      </w:pPr>
      <w:r>
        <w:rPr>
          <w:rFonts w:ascii="Times New Roman" w:hAnsi="Times New Roman" w:eastAsia="Times New Roman" w:cs="Times New Roman"/>
          <w:sz w:val="24"/>
        </w:rPr>
        <w:t>Retirement Plans</w:t>
      </w:r>
    </w:p>
    <w:p>
      <w:pPr>
        <w:spacing w:before="0" w:after="280"/>
      </w:pPr>
      <w:r>
        <w:rPr>
          <w:rFonts w:ascii="Times New Roman" w:hAnsi="Times New Roman" w:eastAsia="Times New Roman" w:cs="Times New Roman"/>
          <w:sz w:val="24"/>
        </w:rPr>
        <w:t>Taxes</w:t>
      </w:r>
    </w:p>
    <w:p>
      <w:pPr>
        <w:spacing w:before="280" w:after="280"/>
      </w:pPr>
      <w:r>
        <w:rPr>
          <w:rFonts w:ascii="Times New Roman" w:hAnsi="Times New Roman" w:eastAsia="Times New Roman" w:cs="Times New Roman"/>
          <w:b/>
          <w:sz w:val="24"/>
        </w:rPr>
        <w:t>Step 3 - Create List of Assets</w:t>
      </w:r>
    </w:p>
    <w:p>
      <w:pPr>
        <w:spacing w:before="280" w:after="280"/>
      </w:pPr>
      <w:r>
        <w:rPr>
          <w:rFonts w:ascii="Times New Roman" w:hAnsi="Times New Roman" w:eastAsia="Times New Roman" w:cs="Times New Roman"/>
          <w:sz w:val="24"/>
        </w:rPr>
        <w:t xml:space="preserve">A </w:t>
      </w:r>
      <w:r>
        <w:rPr>
          <w:rFonts w:ascii="Times New Roman" w:hAnsi="Times New Roman" w:eastAsia="Times New Roman" w:cs="Times New Roman"/>
          <w:sz w:val="24"/>
        </w:rPr>
        <w:t>Current Assets List</w:t>
      </w:r>
      <w:r>
        <w:rPr>
          <w:rFonts w:ascii="Times New Roman" w:hAnsi="Times New Roman" w:eastAsia="Times New Roman" w:cs="Times New Roman"/>
          <w:sz w:val="24"/>
        </w:rPr>
        <w:t xml:space="preserve"> can be used to get a clear picture of what the estate owner in fact owns, and what he/she owes. This preliminary step in the estate planning process is crucial as it helps the estate owner decide to whom each asset will be transferred, while ensuring that nothing is forgotten and in turn left out of the Will or Trust (whatever the case may be).</w:t>
      </w:r>
    </w:p>
    <w:p>
      <w:pPr>
        <w:spacing w:before="280" w:after="280"/>
      </w:pPr>
      <w:r>
        <w:rPr>
          <w:rFonts w:ascii="Times New Roman" w:hAnsi="Times New Roman" w:eastAsia="Times New Roman" w:cs="Times New Roman"/>
          <w:b/>
          <w:sz w:val="24"/>
        </w:rPr>
        <w:t>Step 4 - Select Beneficiaries</w:t>
      </w:r>
    </w:p>
    <w:p>
      <w:pPr>
        <w:spacing w:before="280" w:after="280"/>
      </w:pPr>
      <w:r>
        <w:rPr>
          <w:rFonts w:ascii="Times New Roman" w:hAnsi="Times New Roman" w:eastAsia="Times New Roman" w:cs="Times New Roman"/>
          <w:sz w:val="24"/>
        </w:rPr>
        <w:t>The choosing of beneficiaries can be a simple or complicated process which ultimately relies on the number of close relationships the estate owner has developed and the size of their estate. Often those who will be selected to inherit some percentage of the principal's estate will be the next of kin, their spouse, or a close friend. That said, it is in the owner's right to choose any individual, business entity, or organization. It is not uncommon for the beneficiaries to receive correspondence indicating that they will inherit a portion of the estate. Often a copy of the estate planning document will also be provided.</w:t>
      </w:r>
    </w:p>
    <w:p>
      <w:pPr>
        <w:spacing w:before="280" w:after="280"/>
      </w:pPr>
      <w:r>
        <w:rPr>
          <w:rFonts w:ascii="Times New Roman" w:hAnsi="Times New Roman" w:eastAsia="Times New Roman" w:cs="Times New Roman"/>
          <w:b/>
          <w:sz w:val="24"/>
        </w:rPr>
        <w:t>Step 5 - Draft Estate Planning Document</w:t>
      </w:r>
    </w:p>
    <w:p>
      <w:pPr>
        <w:spacing w:before="280" w:after="280"/>
      </w:pPr>
      <w:r>
        <w:rPr>
          <w:rFonts w:ascii="Times New Roman" w:hAnsi="Times New Roman" w:eastAsia="Times New Roman" w:cs="Times New Roman"/>
          <w:sz w:val="24"/>
        </w:rPr>
        <w:t>Most of the time, it is a choice between a Last Will and Testament, and a Revocable Living Trust when one is deciding how to distribute their estate. Both documents will pass the estate onto beneficiaries, however, the amount of time it takes to create the instrument and the distribution process following the estate owner's death is where these documents differ.</w:t>
      </w:r>
    </w:p>
    <w:p>
      <w:pPr>
        <w:spacing w:before="280" w:after="280"/>
      </w:pPr>
      <w:r>
        <w:rPr>
          <w:rFonts w:ascii="Times New Roman" w:hAnsi="Times New Roman" w:eastAsia="Times New Roman" w:cs="Times New Roman"/>
          <w:sz w:val="24"/>
        </w:rPr>
        <w:t>Last Will and Testament ('Will')</w:t>
      </w:r>
      <w:r>
        <w:rPr>
          <w:rFonts w:ascii="Times New Roman" w:hAnsi="Times New Roman" w:eastAsia="Times New Roman" w:cs="Times New Roman"/>
          <w:sz w:val="24"/>
        </w:rPr>
        <w:t xml:space="preserve"> - This is the most common estate planning tool as it is comparatively easy and cheap to create. The testator (creator of the Will) chooses their executor to distribute the contents of their estate to the named beneficiaries. Following the testator's death, the Will passes through probate court to determine its validity. Often a self-proving affidavit will be attached to the initial instrument to allow it to expedite the probate process. However, distributing the estate through a Will is a considerably lengthier process than that of a Living Trust.</w:t>
      </w:r>
    </w:p>
    <w:p>
      <w:pPr>
        <w:spacing w:before="280" w:after="28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WY Stat § 2-6-112 (2017)</w:t>
      </w:r>
      <w:r>
        <w:rPr>
          <w:rFonts w:ascii="Times New Roman" w:hAnsi="Times New Roman" w:eastAsia="Times New Roman" w:cs="Times New Roman"/>
          <w:sz w:val="24"/>
        </w:rPr>
        <w:t>) - Must be signed by the testator and witnessed by two (2) competent witnesses.</w:t>
      </w:r>
    </w:p>
    <w:p>
      <w:pPr>
        <w:spacing w:before="280" w:after="280"/>
      </w:pPr>
      <w:r>
        <w:rPr>
          <w:rFonts w:ascii="Times New Roman" w:hAnsi="Times New Roman" w:eastAsia="Times New Roman" w:cs="Times New Roman"/>
          <w:sz w:val="24"/>
        </w:rPr>
        <w:t>Living Trust (Revocable)</w:t>
      </w:r>
      <w:r>
        <w:rPr>
          <w:rFonts w:ascii="Times New Roman" w:hAnsi="Times New Roman" w:eastAsia="Times New Roman" w:cs="Times New Roman"/>
          <w:sz w:val="24"/>
        </w:rPr>
        <w:t xml:space="preserve"> - Creating a Living Trust is a more complicated process. The document is one that creates an entity into which the grantor (Trust owner) can transfer the ownership of their property and assets (which they can benefit from during their lifetime). The Trust document will name a trustee and successor trustee to manage the contents of the Trust until the grantor passes, at which point the Trust contents will be passed on to the beneficiaries. This process occurs outside of probate court and the public eye, thus enabling the inheritance to be delivered shortly after the grantor's death.</w:t>
      </w:r>
    </w:p>
    <w:p>
      <w:pPr>
        <w:spacing w:before="280" w:after="280"/>
      </w:pPr>
      <w:r>
        <w:rPr>
          <w:rFonts w:ascii="Times New Roman" w:hAnsi="Times New Roman" w:eastAsia="Times New Roman" w:cs="Times New Roman"/>
          <w:sz w:val="24"/>
        </w:rPr>
        <w:t xml:space="preserve">Signing Requirements </w:t>
      </w:r>
      <w:r>
        <w:rPr>
          <w:rFonts w:ascii="Times New Roman" w:hAnsi="Times New Roman" w:eastAsia="Times New Roman" w:cs="Times New Roman"/>
          <w:sz w:val="24"/>
        </w:rPr>
        <w:t>- While there are no statutorily defined requirements for signing a trust document, it is recommended that all possible action be taken to prove its validity. The principal should sign, as should any witnesses, and if possible the signatures should be acknowledged before a notary public.</w:t>
      </w:r>
    </w:p>
    <w:p>
      <w:pPr>
        <w:spacing w:before="280" w:after="280"/>
      </w:pPr>
      <w:r>
        <w:rPr>
          <w:rFonts w:ascii="Times New Roman" w:hAnsi="Times New Roman" w:eastAsia="Times New Roman" w:cs="Times New Roman"/>
          <w:b/>
          <w:sz w:val="24"/>
        </w:rPr>
        <w:t>Step 6 - Store the Documents</w:t>
      </w:r>
    </w:p>
    <w:p>
      <w:pPr>
        <w:spacing w:before="280" w:after="280"/>
      </w:pPr>
      <w:r>
        <w:rPr>
          <w:rFonts w:ascii="Times New Roman" w:hAnsi="Times New Roman" w:eastAsia="Times New Roman" w:cs="Times New Roman"/>
          <w:sz w:val="24"/>
        </w:rPr>
        <w:t>The original of any estate planning document must be kept in a safe but accessible location. What is often recommended is a waterproof and fireproof safe in the estate owner's principal residence. Copies of all forms should be distributed to the individuals to whom they concern and whose names are mentioned therein as either benefi</w:t>
      </w:r>
      <w:r>
        <w:rPr>
          <w:rFonts w:ascii="Times New Roman" w:hAnsi="Times New Roman" w:eastAsia="Times New Roman" w:cs="Times New Roman"/>
          <w:sz w:val="24"/>
        </w:rPr>
        <w:t>ciaries or agents.</w:t>
      </w:r>
    </w:p>
    <w:p>
      <w:pPr>
        <w:spacing w:before="280" w:after="280"/>
      </w:pPr>
      <w:r>
        <w:rPr>
          <w:rFonts w:ascii="Times New Roman" w:hAnsi="Times New Roman" w:eastAsia="Times New Roman" w:cs="Times New Roman"/>
          <w:sz w:val="24"/>
        </w:rPr>
        <w:t>Wyoming Estate Planning Laws</w:t>
      </w:r>
    </w:p>
    <w:p>
      <w:pPr>
        <w:spacing w:before="280" w:after="0"/>
      </w:pPr>
      <w:r>
        <w:rPr>
          <w:rFonts w:ascii="Times New Roman" w:hAnsi="Times New Roman" w:eastAsia="Times New Roman" w:cs="Times New Roman"/>
          <w:sz w:val="24"/>
        </w:rPr>
        <w:t>Advance Directive</w:t>
      </w:r>
      <w:r>
        <w:rPr>
          <w:rFonts w:ascii="Times New Roman" w:hAnsi="Times New Roman" w:eastAsia="Times New Roman" w:cs="Times New Roman"/>
          <w:sz w:val="24"/>
        </w:rPr>
        <w:t xml:space="preserve"> - </w:t>
      </w:r>
      <w:r>
        <w:rPr>
          <w:rFonts w:ascii="Times New Roman" w:hAnsi="Times New Roman" w:eastAsia="Times New Roman" w:cs="Times New Roman"/>
          <w:sz w:val="24"/>
        </w:rPr>
        <w:t>Wyoming Health Care Decisions Act</w:t>
      </w:r>
    </w:p>
    <w:p>
      <w:pPr>
        <w:spacing w:before="0" w:after="0"/>
      </w:pPr>
      <w:r>
        <w:rPr>
          <w:rFonts w:ascii="Times New Roman" w:hAnsi="Times New Roman" w:eastAsia="Times New Roman" w:cs="Times New Roman"/>
          <w:sz w:val="24"/>
        </w:rPr>
        <w:t>Durable Power of Attorney</w:t>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Uniform Power of Attorney Act </w:t>
      </w:r>
    </w:p>
    <w:p>
      <w:pPr>
        <w:spacing w:before="0" w:after="0"/>
      </w:pPr>
      <w:r>
        <w:rPr>
          <w:rFonts w:ascii="Times New Roman" w:hAnsi="Times New Roman" w:eastAsia="Times New Roman" w:cs="Times New Roman"/>
          <w:sz w:val="24"/>
        </w:rPr>
        <w:t>Last Will and Testament</w:t>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Wills, Decedents' Estates and Probate Code </w:t>
      </w:r>
    </w:p>
    <w:p>
      <w:pPr>
        <w:spacing w:before="0" w:after="280"/>
      </w:pPr>
      <w:r>
        <w:rPr>
          <w:rFonts w:ascii="Times New Roman" w:hAnsi="Times New Roman" w:eastAsia="Times New Roman" w:cs="Times New Roman"/>
          <w:sz w:val="24"/>
        </w:rPr>
        <w:t>Living Trust (Revocable)</w:t>
      </w:r>
      <w:r>
        <w:rPr>
          <w:rFonts w:ascii="Times New Roman" w:hAnsi="Times New Roman" w:eastAsia="Times New Roman" w:cs="Times New Roman"/>
          <w:sz w:val="24"/>
        </w:rPr>
        <w:t xml:space="preserve"> - </w:t>
      </w:r>
      <w:r>
        <w:rPr>
          <w:rFonts w:ascii="Times New Roman" w:hAnsi="Times New Roman" w:eastAsia="Times New Roman" w:cs="Times New Roman"/>
          <w:sz w:val="24"/>
        </w:rPr>
        <w:t>Uniform Trust Code</w:t>
      </w:r>
    </w:p>
    <w:p>
      <w:pPr>
        <w:spacing w:before="200" w:after="20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