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WYOMING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Wyoming,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3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3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