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 xml:space="preserve">Name of Person Filing: </w:t>
      </w:r>
      <w:r>
        <w:rPr>
          <w:rFonts w:ascii="Times New Roman" w:hAnsi="Times New Roman" w:eastAsia="Times New Roman" w:cs="Times New Roman"/>
          <w:sz w:val="24"/>
        </w:rPr>
        <w:t>[NAME OF PERSON FILING]</w:t>
      </w:r>
    </w:p>
    <w:p>
      <w:pPr/>
      <w:r>
        <w:rPr>
          <w:rFonts w:ascii="Times New Roman" w:hAnsi="Times New Roman" w:eastAsia="Times New Roman" w:cs="Times New Roman"/>
          <w:sz w:val="24"/>
        </w:rPr>
        <w:t xml:space="preserve">Address: </w:t>
      </w:r>
      <w:r>
        <w:rPr>
          <w:rFonts w:ascii="Times New Roman" w:hAnsi="Times New Roman" w:eastAsia="Times New Roman" w:cs="Times New Roman"/>
          <w:sz w:val="24"/>
        </w:rPr>
        <w:t>[ADDRESS OF PERSON FILING]</w:t>
      </w:r>
    </w:p>
    <w:p>
      <w:pPr/>
      <w:r>
        <w:rPr>
          <w:rFonts w:ascii="Times New Roman" w:hAnsi="Times New Roman" w:eastAsia="Times New Roman" w:cs="Times New Roman"/>
          <w:sz w:val="24"/>
        </w:rPr>
        <w:t xml:space="preserve">City, State, Zip: </w:t>
      </w:r>
      <w:r>
        <w:rPr>
          <w:rFonts w:ascii="Times New Roman" w:hAnsi="Times New Roman" w:eastAsia="Times New Roman" w:cs="Times New Roman"/>
          <w:sz w:val="24"/>
        </w:rPr>
        <w:t>[CITY]</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[ZIP CODE]</w:t>
      </w:r>
    </w:p>
    <w:p>
      <w:pPr/>
      <w:r>
        <w:rPr>
          <w:rFonts w:ascii="Times New Roman" w:hAnsi="Times New Roman" w:eastAsia="Times New Roman" w:cs="Times New Roman"/>
          <w:sz w:val="24"/>
        </w:rPr>
        <w:t xml:space="preserve">Telephone Number: </w:t>
      </w:r>
      <w:r>
        <w:rPr>
          <w:rFonts w:ascii="Times New Roman" w:hAnsi="Times New Roman" w:eastAsia="Times New Roman" w:cs="Times New Roman"/>
          <w:sz w:val="24"/>
        </w:rPr>
        <w:t>PHONE NUMBER]</w:t>
      </w:r>
    </w:p>
    <w:p>
      <w:pPr/>
    </w:p>
    <w:p>
      <w:pPr/>
      <w:r>
        <w:rPr>
          <w:rFonts w:ascii="Times New Roman" w:hAnsi="Times New Roman" w:eastAsia="Times New Roman" w:cs="Times New Roman"/>
          <w:sz w:val="24"/>
        </w:rPr>
        <w:t>STATE OF WYOMING                               )             IN THE DISTRICT COURT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SS</w:t>
      </w: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[JUDICIAL DISTRICT]</w:t>
      </w:r>
      <w:r>
        <w:rPr>
          <w:rFonts w:ascii="Times New Roman" w:hAnsi="Times New Roman" w:eastAsia="Times New Roman" w:cs="Times New Roman"/>
          <w:sz w:val="24"/>
        </w:rPr>
        <w:t xml:space="preserve"> JUDICIAL DISTRICT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[PLAINTIFF NAME]</w:t>
      </w:r>
      <w:r>
        <w:rPr>
          <w:rFonts w:ascii="Times New Roman" w:hAnsi="Times New Roman" w:eastAsia="Times New Roman" w:cs="Times New Roman"/>
          <w:sz w:val="24"/>
        </w:rPr>
        <w:t xml:space="preserve">,                                )           Civil Action Case No. </w:t>
      </w:r>
      <w:r>
        <w:rPr>
          <w:rFonts w:ascii="Times New Roman" w:hAnsi="Times New Roman" w:eastAsia="Times New Roman" w:cs="Times New Roman"/>
          <w:sz w:val="24"/>
        </w:rPr>
        <w:t>[CASE NUMBER]</w:t>
      </w:r>
    </w:p>
    <w:p>
      <w:pPr/>
      <w:r>
        <w:rPr>
          <w:rFonts w:ascii="Times New Roman" w:hAnsi="Times New Roman" w:eastAsia="Times New Roman" w:cs="Times New Roman"/>
          <w:sz w:val="24"/>
        </w:rPr>
        <w:t>Plaintiff,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vs.                                                              )       DIVORCE SETTLEMENT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[DEFENDANT NAME]</w:t>
      </w:r>
      <w:r>
        <w:rPr>
          <w:rFonts w:ascii="Times New Roman" w:hAnsi="Times New Roman" w:eastAsia="Times New Roman" w:cs="Times New Roman"/>
          <w:sz w:val="24"/>
        </w:rPr>
        <w:t xml:space="preserve">,                                ) </w:t>
      </w:r>
    </w:p>
    <w:p>
      <w:pPr/>
      <w:r>
        <w:rPr>
          <w:rFonts w:ascii="Times New Roman" w:hAnsi="Times New Roman" w:eastAsia="Times New Roman" w:cs="Times New Roman"/>
          <w:sz w:val="24"/>
        </w:rPr>
        <w:t>Defendant,                                                 )</w:t>
      </w:r>
    </w:p>
    <w:p>
      <w:pP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