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spacing w:before="7" w:after="0"/>
      </w:pPr>
    </w:p>
    <w:p>
      <w:pPr>
        <w:spacing w:before="38" w:after="0"/>
      </w:pPr>
      <w:r>
        <w:rPr>
          <w:rFonts w:ascii="Times New Roman" w:hAnsi="Times New Roman" w:eastAsia="Times New Roman" w:cs="Times New Roman"/>
          <w:b/>
          <w:sz w:val="24"/>
        </w:rPr>
        <w:t>MEDICAL POWER OF</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ATTORNEY</w:t>
      </w:r>
    </w:p>
    <w:p>
      <w:pPr>
        <w:spacing w:before="9" w:after="0"/>
      </w:pPr>
    </w:p>
    <w:p>
      <w:pPr/>
      <w:r>
        <w:rPr>
          <w:rFonts w:ascii="Times New Roman" w:hAnsi="Times New Roman" w:eastAsia="Times New Roman" w:cs="Times New Roman"/>
          <w:sz w:val="24"/>
        </w:rPr>
        <w:t>STATE</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WYOMING</w:t>
        <w:tab/>
        <w:t>)</w:t>
      </w:r>
    </w:p>
    <w:p>
      <w:pPr>
        <w:spacing w:before="11"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ss.</w:t>
      </w:r>
    </w:p>
    <w:p>
      <w:pPr>
        <w:spacing w:before="11" w:after="0"/>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[COUNTY NAME]</w:t>
      </w:r>
      <w:r>
        <w:rPr>
          <w:rFonts w:ascii="Times New Roman" w:hAnsi="Times New Roman" w:eastAsia="Times New Roman" w:cs="Times New Roman"/>
          <w:sz w:val="24"/>
        </w:rPr>
        <w:t>)</w:t>
      </w:r>
    </w:p>
    <w:p>
      <w:pPr/>
    </w:p>
    <w:p>
      <w:pPr>
        <w:spacing w:before="8" w:after="0"/>
      </w:pPr>
    </w:p>
    <w:p>
      <w:pPr>
        <w:spacing w:before="66" w:after="0"/>
      </w:pPr>
      <w:r>
        <w:rPr>
          <w:rFonts w:ascii="Times New Roman" w:hAnsi="Times New Roman" w:eastAsia="Times New Roman" w:cs="Times New Roman"/>
          <w:sz w:val="24"/>
        </w:rPr>
        <w:t>Know All Men By These Presents</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[NAME OF PRINCIPAL]</w:t>
      </w:r>
      <w:r>
        <w:rPr>
          <w:rFonts w:ascii="Times New Roman" w:hAnsi="Times New Roman" w:eastAsia="Times New Roman" w:cs="Times New Roman"/>
          <w:sz w:val="24"/>
        </w:rPr>
        <w:t>, residing</w:t>
      </w:r>
      <w:r>
        <w:rPr>
          <w:rFonts w:ascii="Times New Roman" w:hAnsi="Times New Roman" w:eastAsia="Times New Roman" w:cs="Times New Roman"/>
          <w:sz w:val="24"/>
        </w:rPr>
        <w:t xml:space="preserve"> </w:t>
      </w:r>
      <w:r>
        <w:rPr>
          <w:rFonts w:ascii="Times New Roman" w:hAnsi="Times New Roman" w:eastAsia="Times New Roman" w:cs="Times New Roman"/>
          <w:sz w:val="24"/>
        </w:rPr>
        <w:t>at</w:t>
      </w:r>
    </w:p>
    <w:p>
      <w:pPr>
        <w:spacing w:before="8" w:after="0" w:line="242" w:lineRule="auto"/>
        <w:jc w:val="both"/>
      </w:pPr>
      <w:r>
        <w:rPr>
          <w:rFonts w:ascii="Times New Roman" w:hAnsi="Times New Roman" w:eastAsia="Times New Roman" w:cs="Times New Roman"/>
          <w:sz w:val="24"/>
        </w:rPr>
        <w:t xml:space="preserve"> </w:t>
      </w:r>
      <w:r>
        <w:rPr>
          <w:rFonts w:ascii="Times New Roman" w:hAnsi="Times New Roman" w:eastAsia="Times New Roman" w:cs="Times New Roman"/>
          <w:sz w:val="24"/>
        </w:rPr>
        <w:t>[ADDRESS OF PRINCIPAL]</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Wyoming, </w:t>
      </w:r>
      <w:r>
        <w:rPr>
          <w:rFonts w:ascii="Times New Roman" w:hAnsi="Times New Roman" w:eastAsia="Times New Roman" w:cs="Times New Roman"/>
          <w:sz w:val="24"/>
        </w:rPr>
        <w:t>hereby</w:t>
      </w:r>
      <w:r>
        <w:rPr>
          <w:rFonts w:ascii="Times New Roman" w:hAnsi="Times New Roman" w:eastAsia="Times New Roman" w:cs="Times New Roman"/>
          <w:sz w:val="24"/>
        </w:rPr>
        <w:t xml:space="preserve"> </w:t>
      </w:r>
      <w:r>
        <w:rPr>
          <w:rFonts w:ascii="Times New Roman" w:hAnsi="Times New Roman" w:eastAsia="Times New Roman" w:cs="Times New Roman"/>
          <w:sz w:val="24"/>
        </w:rPr>
        <w:t>make,</w:t>
      </w:r>
      <w:r>
        <w:rPr>
          <w:rFonts w:ascii="Times New Roman" w:hAnsi="Times New Roman" w:eastAsia="Times New Roman" w:cs="Times New Roman"/>
          <w:sz w:val="24"/>
        </w:rPr>
        <w:t xml:space="preserve"> </w:t>
      </w:r>
      <w:r>
        <w:rPr>
          <w:rFonts w:ascii="Times New Roman" w:hAnsi="Times New Roman" w:eastAsia="Times New Roman" w:cs="Times New Roman"/>
          <w:sz w:val="24"/>
        </w:rPr>
        <w:t>constitute,</w:t>
      </w:r>
      <w:r>
        <w:rPr>
          <w:rFonts w:ascii="Times New Roman" w:hAnsi="Times New Roman" w:eastAsia="Times New Roman" w:cs="Times New Roman"/>
          <w:sz w:val="24"/>
        </w:rPr>
        <w:t xml:space="preserve"> and</w:t>
      </w:r>
      <w:r>
        <w:rPr>
          <w:rFonts w:ascii="Times New Roman" w:hAnsi="Times New Roman" w:eastAsia="Times New Roman" w:cs="Times New Roman"/>
          <w:sz w:val="24"/>
        </w:rPr>
        <w:t xml:space="preserve"> </w:t>
      </w:r>
      <w:r>
        <w:rPr>
          <w:rFonts w:ascii="Times New Roman" w:hAnsi="Times New Roman" w:eastAsia="Times New Roman" w:cs="Times New Roman"/>
          <w:sz w:val="24"/>
        </w:rPr>
        <w:t>appoint,</w:t>
      </w:r>
      <w:r>
        <w:rPr>
          <w:rFonts w:ascii="Times New Roman" w:hAnsi="Times New Roman" w:eastAsia="Times New Roman" w:cs="Times New Roman"/>
          <w:sz w:val="24"/>
        </w:rPr>
        <w:t xml:space="preserve">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true</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lawful</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fact</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use</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in my name, place and stead, and on our behalf and for </w:t>
      </w:r>
      <w:r>
        <w:rPr>
          <w:rFonts w:ascii="Times New Roman" w:hAnsi="Times New Roman" w:eastAsia="Times New Roman" w:cs="Times New Roman"/>
          <w:sz w:val="24"/>
        </w:rPr>
        <w:t xml:space="preserve">my </w:t>
      </w:r>
      <w:r>
        <w:rPr>
          <w:rFonts w:ascii="Times New Roman" w:hAnsi="Times New Roman" w:eastAsia="Times New Roman" w:cs="Times New Roman"/>
          <w:sz w:val="24"/>
        </w:rPr>
        <w:t>use and benefit as</w:t>
      </w:r>
      <w:r>
        <w:rPr>
          <w:rFonts w:ascii="Times New Roman" w:hAnsi="Times New Roman" w:eastAsia="Times New Roman" w:cs="Times New Roman"/>
          <w:sz w:val="24"/>
        </w:rPr>
        <w:t xml:space="preserve"> </w:t>
      </w:r>
      <w:r>
        <w:rPr>
          <w:rFonts w:ascii="Times New Roman" w:hAnsi="Times New Roman" w:eastAsia="Times New Roman" w:cs="Times New Roman"/>
          <w:sz w:val="24"/>
        </w:rPr>
        <w:t>follows:</w:t>
      </w:r>
    </w:p>
    <w:p>
      <w:pPr>
        <w:spacing w:before="9" w:after="0"/>
      </w:pPr>
    </w:p>
    <w:p>
      <w:pPr>
        <w:spacing w:line="242" w:lineRule="auto"/>
        <w:ind w:firstLine="700"/>
        <w:jc w:val="both"/>
      </w:pP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obtain</w:t>
      </w:r>
      <w:r>
        <w:rPr>
          <w:rFonts w:ascii="Times New Roman" w:hAnsi="Times New Roman" w:eastAsia="Times New Roman" w:cs="Times New Roman"/>
          <w:sz w:val="24"/>
        </w:rPr>
        <w:t xml:space="preserve"> </w:t>
      </w:r>
      <w:r>
        <w:rPr>
          <w:rFonts w:ascii="Times New Roman" w:hAnsi="Times New Roman" w:eastAsia="Times New Roman" w:cs="Times New Roman"/>
          <w:sz w:val="24"/>
        </w:rPr>
        <w:t>medical</w:t>
      </w:r>
      <w:r>
        <w:rPr>
          <w:rFonts w:ascii="Times New Roman" w:hAnsi="Times New Roman" w:eastAsia="Times New Roman" w:cs="Times New Roman"/>
          <w:sz w:val="24"/>
        </w:rPr>
        <w:t xml:space="preserve"> </w:t>
      </w:r>
      <w:r>
        <w:rPr>
          <w:rFonts w:ascii="Times New Roman" w:hAnsi="Times New Roman" w:eastAsia="Times New Roman" w:cs="Times New Roman"/>
          <w:sz w:val="24"/>
        </w:rPr>
        <w:t>care</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whatever</w:t>
      </w:r>
      <w:r>
        <w:rPr>
          <w:rFonts w:ascii="Times New Roman" w:hAnsi="Times New Roman" w:eastAsia="Times New Roman" w:cs="Times New Roman"/>
          <w:sz w:val="24"/>
        </w:rPr>
        <w:t xml:space="preserve"> </w:t>
      </w:r>
      <w:r>
        <w:rPr>
          <w:rFonts w:ascii="Times New Roman" w:hAnsi="Times New Roman" w:eastAsia="Times New Roman" w:cs="Times New Roman"/>
          <w:sz w:val="24"/>
        </w:rPr>
        <w:t>reason</w:t>
      </w:r>
      <w:r>
        <w:rPr>
          <w:rFonts w:ascii="Times New Roman" w:hAnsi="Times New Roman" w:eastAsia="Times New Roman" w:cs="Times New Roman"/>
          <w:sz w:val="24"/>
        </w:rPr>
        <w:t xml:space="preserve"> </w:t>
      </w:r>
      <w:r>
        <w:rPr>
          <w:rFonts w:ascii="Times New Roman" w:hAnsi="Times New Roman" w:eastAsia="Times New Roman" w:cs="Times New Roman"/>
          <w:sz w:val="24"/>
        </w:rPr>
        <w:t>as</w:t>
      </w:r>
      <w:r>
        <w:rPr>
          <w:rFonts w:ascii="Times New Roman" w:hAnsi="Times New Roman" w:eastAsia="Times New Roman" w:cs="Times New Roman"/>
          <w:sz w:val="24"/>
        </w:rPr>
        <w:t xml:space="preserve"> </w:t>
      </w:r>
      <w:r>
        <w:rPr>
          <w:rFonts w:ascii="Times New Roman" w:hAnsi="Times New Roman" w:eastAsia="Times New Roman" w:cs="Times New Roman"/>
          <w:sz w:val="24"/>
        </w:rPr>
        <w:t>required</w:t>
      </w:r>
      <w:r>
        <w:rPr>
          <w:rFonts w:ascii="Times New Roman" w:hAnsi="Times New Roman" w:eastAsia="Times New Roman" w:cs="Times New Roman"/>
          <w:sz w:val="24"/>
        </w:rPr>
        <w:t xml:space="preserve"> </w:t>
      </w:r>
      <w:r>
        <w:rPr>
          <w:rFonts w:ascii="Times New Roman" w:hAnsi="Times New Roman" w:eastAsia="Times New Roman" w:cs="Times New Roman"/>
          <w:sz w:val="24"/>
        </w:rPr>
        <w:t>if</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am</w:t>
      </w:r>
      <w:r>
        <w:rPr>
          <w:rFonts w:ascii="Times New Roman" w:hAnsi="Times New Roman" w:eastAsia="Times New Roman" w:cs="Times New Roman"/>
          <w:sz w:val="24"/>
        </w:rPr>
        <w:t xml:space="preserve"> </w:t>
      </w:r>
      <w:r>
        <w:rPr>
          <w:rFonts w:ascii="Times New Roman" w:hAnsi="Times New Roman" w:eastAsia="Times New Roman" w:cs="Times New Roman"/>
          <w:sz w:val="24"/>
        </w:rPr>
        <w:t>unable</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do</w:t>
      </w:r>
      <w:r>
        <w:rPr>
          <w:rFonts w:ascii="Times New Roman" w:hAnsi="Times New Roman" w:eastAsia="Times New Roman" w:cs="Times New Roman"/>
          <w:sz w:val="24"/>
        </w:rPr>
        <w:t xml:space="preserve"> </w:t>
      </w:r>
      <w:r>
        <w:rPr>
          <w:rFonts w:ascii="Times New Roman" w:hAnsi="Times New Roman" w:eastAsia="Times New Roman" w:cs="Times New Roman"/>
          <w:sz w:val="24"/>
        </w:rPr>
        <w:t>so for</w:t>
      </w:r>
      <w:r>
        <w:rPr>
          <w:rFonts w:ascii="Times New Roman" w:hAnsi="Times New Roman" w:eastAsia="Times New Roman" w:cs="Times New Roman"/>
          <w:sz w:val="24"/>
        </w:rPr>
        <w:t xml:space="preserve"> </w:t>
      </w:r>
      <w:r>
        <w:rPr>
          <w:rFonts w:ascii="Times New Roman" w:hAnsi="Times New Roman" w:eastAsia="Times New Roman" w:cs="Times New Roman"/>
          <w:sz w:val="24"/>
        </w:rPr>
        <w:t>myself</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whatever</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reason.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xml:space="preserve"> has</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contract</w:t>
      </w:r>
      <w:r>
        <w:rPr>
          <w:rFonts w:ascii="Times New Roman" w:hAnsi="Times New Roman" w:eastAsia="Times New Roman" w:cs="Times New Roman"/>
          <w:sz w:val="24"/>
        </w:rPr>
        <w:t xml:space="preserve"> with any physician, hospital, or other type of health facility which is necessary to provide for the adequate care</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myself,</w:t>
      </w:r>
      <w:r>
        <w:rPr>
          <w:rFonts w:ascii="Times New Roman" w:hAnsi="Times New Roman" w:eastAsia="Times New Roman" w:cs="Times New Roman"/>
          <w:sz w:val="24"/>
        </w:rPr>
        <w:t xml:space="preserve"> </w:t>
      </w:r>
      <w:r>
        <w:rPr>
          <w:rFonts w:ascii="Times New Roman" w:hAnsi="Times New Roman" w:eastAsia="Times New Roman" w:cs="Times New Roman"/>
          <w:sz w:val="24"/>
        </w:rPr>
        <w:t>[NAME OF PRINCIPAL]</w:t>
      </w:r>
      <w:r>
        <w:rPr>
          <w:rFonts w:ascii="Times New Roman" w:hAnsi="Times New Roman" w:eastAsia="Times New Roman" w:cs="Times New Roman"/>
          <w:sz w:val="24"/>
        </w:rPr>
        <w:t>.</w:t>
      </w:r>
    </w:p>
    <w:p>
      <w:pPr>
        <w:spacing w:before="9" w:after="0"/>
      </w:pPr>
    </w:p>
    <w:p>
      <w:pPr>
        <w:spacing w:line="242" w:lineRule="auto"/>
        <w:ind w:firstLine="700"/>
        <w:jc w:val="both"/>
      </w:pP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above</w:t>
      </w:r>
      <w:r>
        <w:rPr>
          <w:rFonts w:ascii="Times New Roman" w:hAnsi="Times New Roman" w:eastAsia="Times New Roman" w:cs="Times New Roman"/>
          <w:sz w:val="24"/>
        </w:rPr>
        <w:t xml:space="preserve"> </w:t>
      </w:r>
      <w:r>
        <w:rPr>
          <w:rFonts w:ascii="Times New Roman" w:hAnsi="Times New Roman" w:eastAsia="Times New Roman" w:cs="Times New Roman"/>
          <w:sz w:val="24"/>
        </w:rPr>
        <w:t>named</w:t>
      </w:r>
      <w:r>
        <w:rPr>
          <w:rFonts w:ascii="Times New Roman" w:hAnsi="Times New Roman" w:eastAsia="Times New Roman" w:cs="Times New Roman"/>
          <w:sz w:val="24"/>
        </w:rPr>
        <w:t xml:space="preserve"> </w:t>
      </w:r>
      <w:r>
        <w:rPr>
          <w:rFonts w:ascii="Times New Roman" w:hAnsi="Times New Roman" w:eastAsia="Times New Roman" w:cs="Times New Roman"/>
          <w:sz w:val="24"/>
        </w:rPr>
        <w:t>individual</w:t>
      </w:r>
      <w:r>
        <w:rPr>
          <w:rFonts w:ascii="Times New Roman" w:hAnsi="Times New Roman" w:eastAsia="Times New Roman" w:cs="Times New Roman"/>
          <w:sz w:val="24"/>
        </w:rPr>
        <w:t xml:space="preserve"> </w:t>
      </w:r>
      <w:r>
        <w:rPr>
          <w:rFonts w:ascii="Times New Roman" w:hAnsi="Times New Roman" w:eastAsia="Times New Roman" w:cs="Times New Roman"/>
          <w:sz w:val="24"/>
        </w:rPr>
        <w:t>shall</w:t>
      </w:r>
      <w:r>
        <w:rPr>
          <w:rFonts w:ascii="Times New Roman" w:hAnsi="Times New Roman" w:eastAsia="Times New Roman" w:cs="Times New Roman"/>
          <w:sz w:val="24"/>
        </w:rPr>
        <w:t xml:space="preserve"> </w:t>
      </w:r>
      <w:r>
        <w:rPr>
          <w:rFonts w:ascii="Times New Roman" w:hAnsi="Times New Roman" w:eastAsia="Times New Roman" w:cs="Times New Roman"/>
          <w:sz w:val="24"/>
        </w:rPr>
        <w:t>have</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complete</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sign</w:t>
      </w:r>
      <w:r>
        <w:rPr>
          <w:rFonts w:ascii="Times New Roman" w:hAnsi="Times New Roman" w:eastAsia="Times New Roman" w:cs="Times New Roman"/>
          <w:sz w:val="24"/>
        </w:rPr>
        <w:t xml:space="preserve"> </w:t>
      </w:r>
      <w:r>
        <w:rPr>
          <w:rFonts w:ascii="Times New Roman" w:hAnsi="Times New Roman" w:eastAsia="Times New Roman" w:cs="Times New Roman"/>
          <w:sz w:val="24"/>
        </w:rPr>
        <w:t>any required documentation, authorizations, or release necessary to obtain the requisite medical care and to otherwise exercise or perform any act, power, duty, right, or obligation</w:t>
      </w:r>
      <w:r>
        <w:rPr>
          <w:rFonts w:ascii="Times New Roman" w:hAnsi="Times New Roman" w:eastAsia="Times New Roman" w:cs="Times New Roman"/>
          <w:sz w:val="24"/>
        </w:rPr>
        <w:t xml:space="preserve"> </w:t>
      </w:r>
      <w:r>
        <w:rPr>
          <w:rFonts w:ascii="Times New Roman" w:hAnsi="Times New Roman" w:eastAsia="Times New Roman" w:cs="Times New Roman"/>
          <w:sz w:val="24"/>
        </w:rPr>
        <w:t>whatsoever</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would</w:t>
      </w:r>
      <w:r>
        <w:rPr>
          <w:rFonts w:ascii="Times New Roman" w:hAnsi="Times New Roman" w:eastAsia="Times New Roman" w:cs="Times New Roman"/>
          <w:sz w:val="24"/>
        </w:rPr>
        <w:t xml:space="preserve"> </w:t>
      </w:r>
      <w:r>
        <w:rPr>
          <w:rFonts w:ascii="Times New Roman" w:hAnsi="Times New Roman" w:eastAsia="Times New Roman" w:cs="Times New Roman"/>
          <w:sz w:val="24"/>
        </w:rPr>
        <w:t>have</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may</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required</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exercise</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perform</w:t>
      </w:r>
      <w:r>
        <w:rPr>
          <w:rFonts w:ascii="Times New Roman" w:hAnsi="Times New Roman" w:eastAsia="Times New Roman" w:cs="Times New Roman"/>
          <w:sz w:val="24"/>
        </w:rPr>
        <w:t xml:space="preserve"> </w:t>
      </w:r>
      <w:r>
        <w:rPr>
          <w:rFonts w:ascii="Times New Roman" w:hAnsi="Times New Roman" w:eastAsia="Times New Roman" w:cs="Times New Roman"/>
          <w:sz w:val="24"/>
        </w:rPr>
        <w:t>to obtain the necessary medical care for myself if I am unable to do so for any</w:t>
      </w:r>
      <w:r>
        <w:rPr>
          <w:rFonts w:ascii="Times New Roman" w:hAnsi="Times New Roman" w:eastAsia="Times New Roman" w:cs="Times New Roman"/>
          <w:sz w:val="24"/>
        </w:rPr>
        <w:t xml:space="preserve"> </w:t>
      </w:r>
      <w:r>
        <w:rPr>
          <w:rFonts w:ascii="Times New Roman" w:hAnsi="Times New Roman" w:eastAsia="Times New Roman" w:cs="Times New Roman"/>
          <w:sz w:val="24"/>
        </w:rPr>
        <w:t>reason.</w:t>
      </w:r>
    </w:p>
    <w:p>
      <w:pPr>
        <w:spacing w:before="7" w:after="0"/>
      </w:pPr>
    </w:p>
    <w:p>
      <w:pPr>
        <w:spacing w:line="242" w:lineRule="auto"/>
        <w:ind w:firstLine="700"/>
        <w:jc w:val="both"/>
      </w:pP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above-named</w:t>
      </w:r>
      <w:r>
        <w:rPr>
          <w:rFonts w:ascii="Times New Roman" w:hAnsi="Times New Roman" w:eastAsia="Times New Roman" w:cs="Times New Roman"/>
          <w:sz w:val="24"/>
        </w:rPr>
        <w:t xml:space="preserve"> </w:t>
      </w:r>
      <w:r>
        <w:rPr>
          <w:rFonts w:ascii="Times New Roman" w:hAnsi="Times New Roman" w:eastAsia="Times New Roman" w:cs="Times New Roman"/>
          <w:sz w:val="24"/>
        </w:rPr>
        <w:t>individual</w:t>
      </w:r>
      <w:r>
        <w:rPr>
          <w:rFonts w:ascii="Times New Roman" w:hAnsi="Times New Roman" w:eastAsia="Times New Roman" w:cs="Times New Roman"/>
          <w:sz w:val="24"/>
        </w:rPr>
        <w:t xml:space="preserve"> </w:t>
      </w:r>
      <w:r>
        <w:rPr>
          <w:rFonts w:ascii="Times New Roman" w:hAnsi="Times New Roman" w:eastAsia="Times New Roman" w:cs="Times New Roman"/>
          <w:sz w:val="24"/>
        </w:rPr>
        <w:t>shall</w:t>
      </w:r>
      <w:r>
        <w:rPr>
          <w:rFonts w:ascii="Times New Roman" w:hAnsi="Times New Roman" w:eastAsia="Times New Roman" w:cs="Times New Roman"/>
          <w:sz w:val="24"/>
        </w:rPr>
        <w:t xml:space="preserve"> </w:t>
      </w:r>
      <w:r>
        <w:rPr>
          <w:rFonts w:ascii="Times New Roman" w:hAnsi="Times New Roman" w:eastAsia="Times New Roman" w:cs="Times New Roman"/>
          <w:sz w:val="24"/>
        </w:rPr>
        <w:t>have</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do,</w:t>
      </w:r>
      <w:r>
        <w:rPr>
          <w:rFonts w:ascii="Times New Roman" w:hAnsi="Times New Roman" w:eastAsia="Times New Roman" w:cs="Times New Roman"/>
          <w:sz w:val="24"/>
        </w:rPr>
        <w:t xml:space="preserve"> </w:t>
      </w:r>
      <w:r>
        <w:rPr>
          <w:rFonts w:ascii="Times New Roman" w:hAnsi="Times New Roman" w:eastAsia="Times New Roman" w:cs="Times New Roman"/>
          <w:sz w:val="24"/>
        </w:rPr>
        <w:t>take,</w:t>
      </w:r>
      <w:r>
        <w:rPr>
          <w:rFonts w:ascii="Times New Roman" w:hAnsi="Times New Roman" w:eastAsia="Times New Roman" w:cs="Times New Roman"/>
          <w:sz w:val="24"/>
        </w:rPr>
        <w:t xml:space="preserve"> </w:t>
      </w:r>
      <w:r>
        <w:rPr>
          <w:rFonts w:ascii="Times New Roman" w:hAnsi="Times New Roman" w:eastAsia="Times New Roman" w:cs="Times New Roman"/>
          <w:sz w:val="24"/>
        </w:rPr>
        <w:t>and perform</w:t>
      </w:r>
      <w:r>
        <w:rPr>
          <w:rFonts w:ascii="Times New Roman" w:hAnsi="Times New Roman" w:eastAsia="Times New Roman" w:cs="Times New Roman"/>
          <w:sz w:val="24"/>
        </w:rPr>
        <w:t xml:space="preserve"> </w:t>
      </w:r>
      <w:r>
        <w:rPr>
          <w:rFonts w:ascii="Times New Roman" w:hAnsi="Times New Roman" w:eastAsia="Times New Roman" w:cs="Times New Roman"/>
          <w:sz w:val="24"/>
        </w:rPr>
        <w:t>all</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every</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thing</w:t>
      </w:r>
      <w:r>
        <w:rPr>
          <w:rFonts w:ascii="Times New Roman" w:hAnsi="Times New Roman" w:eastAsia="Times New Roman" w:cs="Times New Roman"/>
          <w:sz w:val="24"/>
        </w:rPr>
        <w:t xml:space="preserve"> </w:t>
      </w:r>
      <w:r>
        <w:rPr>
          <w:rFonts w:ascii="Times New Roman" w:hAnsi="Times New Roman" w:eastAsia="Times New Roman" w:cs="Times New Roman"/>
          <w:sz w:val="24"/>
        </w:rPr>
        <w:t>whatsoever</w:t>
      </w:r>
      <w:r>
        <w:rPr>
          <w:rFonts w:ascii="Times New Roman" w:hAnsi="Times New Roman" w:eastAsia="Times New Roman" w:cs="Times New Roman"/>
          <w:sz w:val="24"/>
        </w:rPr>
        <w:t xml:space="preserve"> </w:t>
      </w:r>
      <w:r>
        <w:rPr>
          <w:rFonts w:ascii="Times New Roman" w:hAnsi="Times New Roman" w:eastAsia="Times New Roman" w:cs="Times New Roman"/>
          <w:sz w:val="24"/>
        </w:rPr>
        <w:t>requisite,</w:t>
      </w:r>
      <w:r>
        <w:rPr>
          <w:rFonts w:ascii="Times New Roman" w:hAnsi="Times New Roman" w:eastAsia="Times New Roman" w:cs="Times New Roman"/>
          <w:sz w:val="24"/>
        </w:rPr>
        <w:t xml:space="preserve"> </w:t>
      </w:r>
      <w:r>
        <w:rPr>
          <w:rFonts w:ascii="Times New Roman" w:hAnsi="Times New Roman" w:eastAsia="Times New Roman" w:cs="Times New Roman"/>
          <w:sz w:val="24"/>
        </w:rPr>
        <w:t>proper,</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necessary</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done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exercise</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any</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rights</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powers</w:t>
      </w:r>
      <w:r>
        <w:rPr>
          <w:rFonts w:ascii="Times New Roman" w:hAnsi="Times New Roman" w:eastAsia="Times New Roman" w:cs="Times New Roman"/>
          <w:sz w:val="24"/>
        </w:rPr>
        <w:t xml:space="preserve"> </w:t>
      </w:r>
      <w:r>
        <w:rPr>
          <w:rFonts w:ascii="Times New Roman" w:hAnsi="Times New Roman" w:eastAsia="Times New Roman" w:cs="Times New Roman"/>
          <w:sz w:val="24"/>
        </w:rPr>
        <w:t>herein</w:t>
      </w:r>
      <w:r>
        <w:rPr>
          <w:rFonts w:ascii="Times New Roman" w:hAnsi="Times New Roman" w:eastAsia="Times New Roman" w:cs="Times New Roman"/>
          <w:sz w:val="24"/>
        </w:rPr>
        <w:t xml:space="preserve"> </w:t>
      </w:r>
      <w:r>
        <w:rPr>
          <w:rFonts w:ascii="Times New Roman" w:hAnsi="Times New Roman" w:eastAsia="Times New Roman" w:cs="Times New Roman"/>
          <w:sz w:val="24"/>
        </w:rPr>
        <w:t>granted</w:t>
      </w:r>
      <w:r>
        <w:rPr>
          <w:rFonts w:ascii="Times New Roman" w:hAnsi="Times New Roman" w:eastAsia="Times New Roman" w:cs="Times New Roman"/>
          <w:sz w:val="24"/>
        </w:rPr>
        <w:t xml:space="preserve"> </w:t>
      </w:r>
      <w:r>
        <w:rPr>
          <w:rFonts w:ascii="Times New Roman" w:hAnsi="Times New Roman" w:eastAsia="Times New Roman" w:cs="Times New Roman"/>
          <w:sz w:val="24"/>
        </w:rPr>
        <w:t>as</w:t>
      </w:r>
      <w:r>
        <w:rPr>
          <w:rFonts w:ascii="Times New Roman" w:hAnsi="Times New Roman" w:eastAsia="Times New Roman" w:cs="Times New Roman"/>
          <w:sz w:val="24"/>
        </w:rPr>
        <w:t xml:space="preserve"> </w:t>
      </w:r>
      <w:r>
        <w:rPr>
          <w:rFonts w:ascii="Times New Roman" w:hAnsi="Times New Roman" w:eastAsia="Times New Roman" w:cs="Times New Roman"/>
          <w:sz w:val="24"/>
        </w:rPr>
        <w:t>fully</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all</w:t>
      </w:r>
      <w:r>
        <w:rPr>
          <w:rFonts w:ascii="Times New Roman" w:hAnsi="Times New Roman" w:eastAsia="Times New Roman" w:cs="Times New Roman"/>
          <w:sz w:val="24"/>
        </w:rPr>
        <w:t xml:space="preserve"> </w:t>
      </w:r>
      <w:r>
        <w:rPr>
          <w:rFonts w:ascii="Times New Roman" w:hAnsi="Times New Roman" w:eastAsia="Times New Roman" w:cs="Times New Roman"/>
          <w:sz w:val="24"/>
        </w:rPr>
        <w:t>extent</w:t>
      </w:r>
      <w:r>
        <w:rPr>
          <w:rFonts w:ascii="Times New Roman" w:hAnsi="Times New Roman" w:eastAsia="Times New Roman" w:cs="Times New Roman"/>
          <w:sz w:val="24"/>
        </w:rPr>
        <w:t xml:space="preserve"> </w:t>
      </w:r>
      <w:r>
        <w:rPr>
          <w:rFonts w:ascii="Times New Roman" w:hAnsi="Times New Roman" w:eastAsia="Times New Roman" w:cs="Times New Roman"/>
          <w:sz w:val="24"/>
        </w:rPr>
        <w:t>and purpose as I might or could do if I were personally capable with full power of substitution</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revocation</w:t>
      </w:r>
      <w:r>
        <w:rPr>
          <w:rFonts w:ascii="Times New Roman" w:hAnsi="Times New Roman" w:eastAsia="Times New Roman" w:cs="Times New Roman"/>
          <w:sz w:val="24"/>
        </w:rPr>
        <w:t xml:space="preserve"> </w:t>
      </w:r>
      <w:r>
        <w:rPr>
          <w:rFonts w:ascii="Times New Roman" w:hAnsi="Times New Roman" w:eastAsia="Times New Roman" w:cs="Times New Roman"/>
          <w:sz w:val="24"/>
        </w:rPr>
        <w:t>hereby</w:t>
      </w:r>
      <w:r>
        <w:rPr>
          <w:rFonts w:ascii="Times New Roman" w:hAnsi="Times New Roman" w:eastAsia="Times New Roman" w:cs="Times New Roman"/>
          <w:sz w:val="24"/>
        </w:rPr>
        <w:t xml:space="preserve"> </w:t>
      </w:r>
      <w:r>
        <w:rPr>
          <w:rFonts w:ascii="Times New Roman" w:hAnsi="Times New Roman" w:eastAsia="Times New Roman" w:cs="Times New Roman"/>
          <w:sz w:val="24"/>
        </w:rPr>
        <w:t>ratifying</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confirming</w:t>
      </w:r>
      <w:r>
        <w:rPr>
          <w:rFonts w:ascii="Times New Roman" w:hAnsi="Times New Roman" w:eastAsia="Times New Roman" w:cs="Times New Roman"/>
          <w:sz w:val="24"/>
        </w:rPr>
        <w:t xml:space="preserve"> </w:t>
      </w:r>
      <w:r>
        <w:rPr>
          <w:rFonts w:ascii="Times New Roman" w:hAnsi="Times New Roman" w:eastAsia="Times New Roman" w:cs="Times New Roman"/>
          <w:sz w:val="24"/>
        </w:rPr>
        <w:t>all</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said</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fact shall</w:t>
      </w:r>
      <w:r>
        <w:rPr>
          <w:rFonts w:ascii="Times New Roman" w:hAnsi="Times New Roman" w:eastAsia="Times New Roman" w:cs="Times New Roman"/>
          <w:sz w:val="24"/>
        </w:rPr>
        <w:t xml:space="preserve"> </w:t>
      </w:r>
      <w:r>
        <w:rPr>
          <w:rFonts w:ascii="Times New Roman" w:hAnsi="Times New Roman" w:eastAsia="Times New Roman" w:cs="Times New Roman"/>
          <w:sz w:val="24"/>
        </w:rPr>
        <w:t>lawfully</w:t>
      </w:r>
      <w:r>
        <w:rPr>
          <w:rFonts w:ascii="Times New Roman" w:hAnsi="Times New Roman" w:eastAsia="Times New Roman" w:cs="Times New Roman"/>
          <w:sz w:val="24"/>
        </w:rPr>
        <w:t xml:space="preserve"> </w:t>
      </w:r>
      <w:r>
        <w:rPr>
          <w:rFonts w:ascii="Times New Roman" w:hAnsi="Times New Roman" w:eastAsia="Times New Roman" w:cs="Times New Roman"/>
          <w:sz w:val="24"/>
        </w:rPr>
        <w:t>do</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cause</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done</w:t>
      </w:r>
      <w:r>
        <w:rPr>
          <w:rFonts w:ascii="Times New Roman" w:hAnsi="Times New Roman" w:eastAsia="Times New Roman" w:cs="Times New Roman"/>
          <w:sz w:val="24"/>
        </w:rPr>
        <w:t xml:space="preserve"> </w:t>
      </w:r>
      <w:r>
        <w:rPr>
          <w:rFonts w:ascii="Times New Roman" w:hAnsi="Times New Roman" w:eastAsia="Times New Roman" w:cs="Times New Roman"/>
          <w:sz w:val="24"/>
        </w:rPr>
        <w:t>by</w:t>
      </w:r>
      <w:r>
        <w:rPr>
          <w:rFonts w:ascii="Times New Roman" w:hAnsi="Times New Roman" w:eastAsia="Times New Roman" w:cs="Times New Roman"/>
          <w:sz w:val="24"/>
        </w:rPr>
        <w:t xml:space="preserve"> </w:t>
      </w:r>
      <w:r>
        <w:rPr>
          <w:rFonts w:ascii="Times New Roman" w:hAnsi="Times New Roman" w:eastAsia="Times New Roman" w:cs="Times New Roman"/>
          <w:sz w:val="24"/>
        </w:rPr>
        <w:t>virtue</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rights and</w:t>
      </w:r>
      <w:r>
        <w:rPr>
          <w:rFonts w:ascii="Times New Roman" w:hAnsi="Times New Roman" w:eastAsia="Times New Roman" w:cs="Times New Roman"/>
          <w:sz w:val="24"/>
        </w:rPr>
        <w:t xml:space="preserve"> </w:t>
      </w:r>
      <w:r>
        <w:rPr>
          <w:rFonts w:ascii="Times New Roman" w:hAnsi="Times New Roman" w:eastAsia="Times New Roman" w:cs="Times New Roman"/>
          <w:sz w:val="24"/>
        </w:rPr>
        <w:t>powers</w:t>
      </w:r>
      <w:r>
        <w:rPr>
          <w:rFonts w:ascii="Times New Roman" w:hAnsi="Times New Roman" w:eastAsia="Times New Roman" w:cs="Times New Roman"/>
          <w:sz w:val="24"/>
        </w:rPr>
        <w:t xml:space="preserve"> </w:t>
      </w:r>
      <w:r>
        <w:rPr>
          <w:rFonts w:ascii="Times New Roman" w:hAnsi="Times New Roman" w:eastAsia="Times New Roman" w:cs="Times New Roman"/>
          <w:sz w:val="24"/>
        </w:rPr>
        <w:t>herein</w:t>
      </w:r>
      <w:r>
        <w:rPr>
          <w:rFonts w:ascii="Times New Roman" w:hAnsi="Times New Roman" w:eastAsia="Times New Roman" w:cs="Times New Roman"/>
          <w:sz w:val="24"/>
        </w:rPr>
        <w:t xml:space="preserve"> </w:t>
      </w:r>
      <w:r>
        <w:rPr>
          <w:rFonts w:ascii="Times New Roman" w:hAnsi="Times New Roman" w:eastAsia="Times New Roman" w:cs="Times New Roman"/>
          <w:sz w:val="24"/>
        </w:rPr>
        <w:t>granted.</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medical</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enumeration</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said </w:t>
      </w:r>
      <w:r>
        <w:rPr>
          <w:rFonts w:ascii="Times New Roman" w:hAnsi="Times New Roman" w:eastAsia="Times New Roman" w:cs="Times New Roman"/>
          <w:sz w:val="24"/>
        </w:rPr>
        <w:t>specific items, rights, acts, and powers herein is not intended to, nor does it limit or restrict,</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not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construed</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interpreted</w:t>
      </w:r>
      <w:r>
        <w:rPr>
          <w:rFonts w:ascii="Times New Roman" w:hAnsi="Times New Roman" w:eastAsia="Times New Roman" w:cs="Times New Roman"/>
          <w:sz w:val="24"/>
        </w:rPr>
        <w:t xml:space="preserve"> </w:t>
      </w:r>
      <w:r>
        <w:rPr>
          <w:rFonts w:ascii="Times New Roman" w:hAnsi="Times New Roman" w:eastAsia="Times New Roman" w:cs="Times New Roman"/>
          <w:sz w:val="24"/>
        </w:rPr>
        <w:t>as</w:t>
      </w:r>
      <w:r>
        <w:rPr>
          <w:rFonts w:ascii="Times New Roman" w:hAnsi="Times New Roman" w:eastAsia="Times New Roman" w:cs="Times New Roman"/>
          <w:sz w:val="24"/>
        </w:rPr>
        <w:t xml:space="preserve"> </w:t>
      </w:r>
      <w:r>
        <w:rPr>
          <w:rFonts w:ascii="Times New Roman" w:hAnsi="Times New Roman" w:eastAsia="Times New Roman" w:cs="Times New Roman"/>
          <w:sz w:val="24"/>
        </w:rPr>
        <w:t>limiting</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restricting</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medical powers herein granted to said attorney in</w:t>
      </w:r>
      <w:r>
        <w:rPr>
          <w:rFonts w:ascii="Times New Roman" w:hAnsi="Times New Roman" w:eastAsia="Times New Roman" w:cs="Times New Roman"/>
          <w:sz w:val="24"/>
        </w:rPr>
        <w:t xml:space="preserve"> </w:t>
      </w:r>
      <w:r>
        <w:rPr>
          <w:rFonts w:ascii="Times New Roman" w:hAnsi="Times New Roman" w:eastAsia="Times New Roman" w:cs="Times New Roman"/>
          <w:sz w:val="24"/>
        </w:rPr>
        <w:t>fact.</w:t>
      </w:r>
    </w:p>
    <w:p>
      <w:pPr/>
    </w:p>
    <w:p>
      <w:pPr/>
    </w:p>
    <w:p>
      <w:pPr>
        <w:spacing w:before="2" w:after="0"/>
      </w:pPr>
    </w:p>
    <w:p>
      <w:pPr>
        <w:spacing w:before="66" w:after="0" w:line="242" w:lineRule="auto"/>
        <w:ind w:firstLine="700"/>
        <w:jc w:val="both"/>
      </w:pPr>
      <w:r>
        <w:rPr>
          <w:rFonts w:ascii="Times New Roman" w:hAnsi="Times New Roman" w:eastAsia="Times New Roman" w:cs="Times New Roman"/>
          <w:sz w:val="24"/>
        </w:rPr>
        <w:t>The rights, powers, and authorities of the said attorney in fact herein granted shall commence</w:t>
      </w:r>
      <w:r>
        <w:rPr>
          <w:rFonts w:ascii="Times New Roman" w:hAnsi="Times New Roman" w:eastAsia="Times New Roman" w:cs="Times New Roman"/>
          <w:sz w:val="24"/>
        </w:rPr>
        <w:t xml:space="preserve"> </w:t>
      </w:r>
      <w:r>
        <w:rPr>
          <w:rFonts w:ascii="Times New Roman" w:hAnsi="Times New Roman" w:eastAsia="Times New Roman" w:cs="Times New Roman"/>
          <w:sz w:val="24"/>
        </w:rPr>
        <w:t>on</w:t>
      </w:r>
      <w:r>
        <w:rPr>
          <w:rFonts w:ascii="Times New Roman" w:hAnsi="Times New Roman" w:eastAsia="Times New Roman" w:cs="Times New Roman"/>
          <w:sz w:val="24"/>
        </w:rPr>
        <w:t xml:space="preserve"> </w:t>
      </w:r>
      <w:r>
        <w:rPr>
          <w:rFonts w:ascii="Times New Roman" w:hAnsi="Times New Roman" w:eastAsia="Times New Roman" w:cs="Times New Roman"/>
          <w:sz w:val="24"/>
        </w:rPr>
        <w:t>[DATE POWER OF ATTORNEY BEGINS]</w:t>
      </w:r>
      <w:r>
        <w:rPr>
          <w:rFonts w:ascii="Times New Roman" w:hAnsi="Times New Roman" w:eastAsia="Times New Roman" w:cs="Times New Roman"/>
          <w:sz w:val="24"/>
        </w:rPr>
        <w:t>, and such rights,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powers,</w:t>
      </w:r>
      <w:r>
        <w:rPr>
          <w:rFonts w:ascii="Times New Roman" w:hAnsi="Times New Roman" w:eastAsia="Times New Roman" w:cs="Times New Roman"/>
          <w:sz w:val="24"/>
        </w:rPr>
        <w:t xml:space="preserve"> </w:t>
      </w:r>
      <w:r>
        <w:rPr>
          <w:rFonts w:ascii="Times New Roman" w:hAnsi="Times New Roman" w:eastAsia="Times New Roman" w:cs="Times New Roman"/>
          <w:sz w:val="24"/>
        </w:rPr>
        <w:t>and authorities shall remain in full force and effect until revoked in writing. By signing this</w:t>
      </w:r>
      <w:r>
        <w:rPr>
          <w:rFonts w:ascii="Times New Roman" w:hAnsi="Times New Roman" w:eastAsia="Times New Roman" w:cs="Times New Roman"/>
          <w:sz w:val="24"/>
        </w:rPr>
        <w:t xml:space="preserve"> </w:t>
      </w:r>
      <w:r>
        <w:rPr>
          <w:rFonts w:ascii="Times New Roman" w:hAnsi="Times New Roman" w:eastAsia="Times New Roman" w:cs="Times New Roman"/>
          <w:sz w:val="24"/>
        </w:rPr>
        <w:t>Medical</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am</w:t>
      </w:r>
      <w:r>
        <w:rPr>
          <w:rFonts w:ascii="Times New Roman" w:hAnsi="Times New Roman" w:eastAsia="Times New Roman" w:cs="Times New Roman"/>
          <w:sz w:val="24"/>
        </w:rPr>
        <w:t xml:space="preserve"> </w:t>
      </w:r>
      <w:r>
        <w:rPr>
          <w:rFonts w:ascii="Times New Roman" w:hAnsi="Times New Roman" w:eastAsia="Times New Roman" w:cs="Times New Roman"/>
          <w:sz w:val="24"/>
        </w:rPr>
        <w:t>hereby</w:t>
      </w:r>
      <w:r>
        <w:rPr>
          <w:rFonts w:ascii="Times New Roman" w:hAnsi="Times New Roman" w:eastAsia="Times New Roman" w:cs="Times New Roman"/>
          <w:sz w:val="24"/>
        </w:rPr>
        <w:t xml:space="preserve"> </w:t>
      </w:r>
      <w:r>
        <w:rPr>
          <w:rFonts w:ascii="Times New Roman" w:hAnsi="Times New Roman" w:eastAsia="Times New Roman" w:cs="Times New Roman"/>
          <w:sz w:val="24"/>
        </w:rPr>
        <w:t>revoking</w:t>
      </w:r>
      <w:r>
        <w:rPr>
          <w:rFonts w:ascii="Times New Roman" w:hAnsi="Times New Roman" w:eastAsia="Times New Roman" w:cs="Times New Roman"/>
          <w:sz w:val="24"/>
        </w:rPr>
        <w:t xml:space="preserve"> </w:t>
      </w:r>
      <w:r>
        <w:rPr>
          <w:rFonts w:ascii="Times New Roman" w:hAnsi="Times New Roman" w:eastAsia="Times New Roman" w:cs="Times New Roman"/>
          <w:sz w:val="24"/>
        </w:rPr>
        <w:t>all</w:t>
      </w:r>
      <w:r>
        <w:rPr>
          <w:rFonts w:ascii="Times New Roman" w:hAnsi="Times New Roman" w:eastAsia="Times New Roman" w:cs="Times New Roman"/>
          <w:sz w:val="24"/>
        </w:rPr>
        <w:t xml:space="preserve"> </w:t>
      </w:r>
      <w:r>
        <w:rPr>
          <w:rFonts w:ascii="Times New Roman" w:hAnsi="Times New Roman" w:eastAsia="Times New Roman" w:cs="Times New Roman"/>
          <w:sz w:val="24"/>
        </w:rPr>
        <w:t>previous</w:t>
      </w:r>
      <w:r>
        <w:rPr>
          <w:rFonts w:ascii="Times New Roman" w:hAnsi="Times New Roman" w:eastAsia="Times New Roman" w:cs="Times New Roman"/>
          <w:sz w:val="24"/>
        </w:rPr>
        <w:t xml:space="preserve"> </w:t>
      </w:r>
      <w:r>
        <w:rPr>
          <w:rFonts w:ascii="Times New Roman" w:hAnsi="Times New Roman" w:eastAsia="Times New Roman" w:cs="Times New Roman"/>
          <w:sz w:val="24"/>
        </w:rPr>
        <w:t>Medical</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 Attorneys in whatever form they may be and wherever they may be</w:t>
      </w:r>
      <w:r>
        <w:rPr>
          <w:rFonts w:ascii="Times New Roman" w:hAnsi="Times New Roman" w:eastAsia="Times New Roman" w:cs="Times New Roman"/>
          <w:sz w:val="24"/>
        </w:rPr>
        <w:t xml:space="preserve"> </w:t>
      </w:r>
      <w:r>
        <w:rPr>
          <w:rFonts w:ascii="Times New Roman" w:hAnsi="Times New Roman" w:eastAsia="Times New Roman" w:cs="Times New Roman"/>
          <w:sz w:val="24"/>
        </w:rPr>
        <w:t>kept.</w:t>
      </w:r>
    </w:p>
    <w:p>
      <w:pPr/>
    </w:p>
    <w:p>
      <w:pPr/>
    </w:p>
    <w:p>
      <w:pPr>
        <w:spacing w:before="10" w:after="0"/>
      </w:pPr>
    </w:p>
    <w:p>
      <w:pPr/>
      <w:r>
        <w:rPr>
          <w:rFonts w:ascii="Times New Roman" w:hAnsi="Times New Roman" w:eastAsia="Times New Roman" w:cs="Times New Roman"/>
          <w:sz w:val="24"/>
        </w:rPr>
        <w:t>DATED</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p>
    <w:p>
      <w:pPr/>
    </w:p>
    <w:p>
      <w:pPr/>
    </w:p>
    <w:p>
      <w:pPr>
        <w:spacing w:before="8" w:after="0"/>
      </w:pPr>
      <w:r>
        <w:rPr>
          <w:rFonts w:ascii="Times New Roman" w:hAnsi="Times New Roman" w:eastAsia="Times New Roman" w:cs="Times New Roman"/>
          <w:sz w:val="24"/>
        </w:rPr>
        <w:tab/>
        <w:tab/>
        <w:tab/>
        <w:tab/>
        <w:tab/>
        <w:tab/>
        <w:tab/>
      </w:r>
      <w:r>
        <w:rPr>
          <w:rFonts w:ascii="Times New Roman" w:hAnsi="Times New Roman" w:eastAsia="Times New Roman" w:cs="Times New Roman"/>
          <w:sz w:val="24"/>
        </w:rPr>
        <w:t>_____________________________</w:t>
      </w:r>
    </w:p>
    <w:p>
      <w:pPr>
        <w:spacing w:line="20" w:lineRule="exact"/>
      </w:pPr>
    </w:p>
    <w:p>
      <w:pPr/>
    </w:p>
    <w:p>
      <w:pPr/>
    </w:p>
    <w:p>
      <w:pPr/>
      <w:r>
        <w:rPr>
          <w:rFonts w:ascii="Times New Roman" w:hAnsi="Times New Roman" w:eastAsia="Times New Roman" w:cs="Times New Roman"/>
          <w:sz w:val="24"/>
        </w:rPr>
        <w:t>WITNESS STATEMENT AND ACKNOWLEDGMENT:</w:t>
      </w:r>
    </w:p>
    <w:p>
      <w:pPr/>
    </w:p>
    <w:p>
      <w:pPr/>
      <w:r>
        <w:rPr>
          <w:rFonts w:ascii="Times New Roman" w:hAnsi="Times New Roman" w:eastAsia="Times New Roman" w:cs="Times New Roman"/>
          <w:sz w:val="24"/>
        </w:rPr>
        <w:t>I am not the person appointed as agent or successor agent in this medical power of attorney. I am not related to the maker of this document by blood or marriage. I am not entitled to any portion of the maker's estate, nor do I have any claim against the maker’s estate. I am not the attending physician of the maker or an employee of the attending physician. I am not involved in providing direct patient care to the maker and am not an officer, director, partner, or business office employee of the health care facility or of any parent organization of the health care facility.</w:t>
      </w:r>
    </w:p>
    <w:p>
      <w:pPr/>
    </w:p>
    <w:p>
      <w:pPr/>
      <w:r>
        <w:rPr>
          <w:rFonts w:ascii="Times New Roman" w:hAnsi="Times New Roman" w:eastAsia="Times New Roman" w:cs="Times New Roman"/>
          <w:sz w:val="24"/>
        </w:rPr>
        <w:t>SIGNATURE OF FIRST WITNESS</w:t>
      </w:r>
    </w:p>
    <w:p>
      <w:pPr/>
    </w:p>
    <w:p>
      <w:pPr/>
      <w:r>
        <w:rPr>
          <w:rFonts w:ascii="Times New Roman" w:hAnsi="Times New Roman" w:eastAsia="Times New Roman" w:cs="Times New Roman"/>
          <w:sz w:val="24"/>
        </w:rPr>
        <w:t xml:space="preserve">Signature: </w:t>
      </w:r>
      <w:r>
        <w:rPr>
          <w:rFonts w:ascii="Times New Roman" w:hAnsi="Times New Roman" w:eastAsia="Times New Roman" w:cs="Times New Roman"/>
          <w:sz w:val="24"/>
        </w:rPr>
        <w:t>________________________________________________</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ab/>
        <w:t xml:space="preserve">       </w:t>
      </w:r>
    </w:p>
    <w:p>
      <w:pPr/>
      <w:r>
        <w:rPr>
          <w:rFonts w:ascii="Times New Roman" w:hAnsi="Times New Roman" w:eastAsia="Times New Roman" w:cs="Times New Roman"/>
          <w:sz w:val="24"/>
        </w:rPr>
        <w:t>Print Name: ___________________________________ Date: __________</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ab/>
        <w:t xml:space="preserve">       </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[ADDRESS OF FIRST WITNESS]</w:t>
      </w:r>
    </w:p>
    <w:p>
      <w:pPr/>
    </w:p>
    <w:p>
      <w:pPr/>
    </w:p>
    <w:p>
      <w:pPr/>
      <w:r>
        <w:rPr>
          <w:rFonts w:ascii="Times New Roman" w:hAnsi="Times New Roman" w:eastAsia="Times New Roman" w:cs="Times New Roman"/>
          <w:sz w:val="24"/>
        </w:rPr>
        <w:t>SIGNATURE OF SECOND WITNESS</w:t>
      </w:r>
    </w:p>
    <w:p>
      <w:pPr/>
    </w:p>
    <w:p>
      <w:pPr/>
      <w:r>
        <w:rPr>
          <w:rFonts w:ascii="Times New Roman" w:hAnsi="Times New Roman" w:eastAsia="Times New Roman" w:cs="Times New Roman"/>
          <w:sz w:val="24"/>
        </w:rPr>
        <w:t xml:space="preserve">Signature: </w:t>
      </w:r>
      <w:r>
        <w:rPr>
          <w:rFonts w:ascii="Times New Roman" w:hAnsi="Times New Roman" w:eastAsia="Times New Roman" w:cs="Times New Roman"/>
          <w:sz w:val="24"/>
        </w:rPr>
        <w:t>________________________________________________</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ab/>
        <w:t xml:space="preserve">       </w:t>
      </w:r>
    </w:p>
    <w:p>
      <w:pPr/>
      <w:r>
        <w:rPr>
          <w:rFonts w:ascii="Times New Roman" w:hAnsi="Times New Roman" w:eastAsia="Times New Roman" w:cs="Times New Roman"/>
          <w:sz w:val="24"/>
        </w:rPr>
        <w:t>Print Name: ___________________________________ Date: __________</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ab/>
        <w:t xml:space="preserve">       </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[ADDRESS OF SECOND WITNESS]</w:t>
      </w:r>
    </w:p>
    <w:p>
      <w:pPr>
        <w:spacing w:before="4" w:after="0"/>
      </w:pPr>
    </w:p>
    <w:p>
      <w:pPr>
        <w:spacing w:before="4" w:after="0"/>
      </w:pPr>
    </w:p>
    <w:p>
      <w:pPr>
        <w:spacing w:before="9" w:after="0"/>
      </w:pPr>
    </w:p>
    <w:p>
      <w:pPr>
        <w:spacing w:before="9" w:after="0"/>
      </w:pPr>
    </w:p>
    <w:p>
      <w:pPr>
        <w:spacing w:before="66" w:after="0"/>
      </w:pPr>
      <w:r>
        <w:rPr>
          <w:rFonts w:ascii="Times New Roman" w:hAnsi="Times New Roman" w:eastAsia="Times New Roman" w:cs="Times New Roman"/>
          <w:sz w:val="24"/>
        </w:rPr>
        <w:t>STATE</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WYOMING</w:t>
        <w:tab/>
        <w:t>)</w:t>
      </w:r>
    </w:p>
    <w:p>
      <w:pPr>
        <w:spacing w:before="6" w:after="0"/>
        <w:jc w:val="center"/>
      </w:pP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ss.</w:t>
      </w:r>
    </w:p>
    <w:p>
      <w:pPr>
        <w:spacing w:before="8" w:after="0"/>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[COUNTY NAME]</w:t>
      </w:r>
      <w:r>
        <w:rPr>
          <w:rFonts w:ascii="Times New Roman" w:hAnsi="Times New Roman" w:eastAsia="Times New Roman" w:cs="Times New Roman"/>
          <w:sz w:val="24"/>
        </w:rPr>
        <w:tab/>
        <w:t>)</w:t>
      </w:r>
    </w:p>
    <w:p>
      <w:pPr>
        <w:spacing w:before="7" w:after="0"/>
      </w:pPr>
    </w:p>
    <w:p>
      <w:pPr>
        <w:spacing w:before="66" w:after="0" w:line="242" w:lineRule="auto"/>
      </w:pPr>
      <w:r>
        <w:rPr>
          <w:rFonts w:ascii="Times New Roman" w:hAnsi="Times New Roman" w:eastAsia="Times New Roman" w:cs="Times New Roman"/>
          <w:sz w:val="24"/>
        </w:rPr>
        <w:t>SUBSCRIBED AND SWORN to</w:t>
      </w:r>
      <w:r>
        <w:rPr>
          <w:rFonts w:ascii="Times New Roman" w:hAnsi="Times New Roman" w:eastAsia="Times New Roman" w:cs="Times New Roman"/>
          <w:sz w:val="24"/>
        </w:rPr>
        <w:t xml:space="preserve"> </w:t>
      </w:r>
      <w:r>
        <w:rPr>
          <w:rFonts w:ascii="Times New Roman" w:hAnsi="Times New Roman" w:eastAsia="Times New Roman" w:cs="Times New Roman"/>
          <w:sz w:val="24"/>
        </w:rPr>
        <w:t>me</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by </w:t>
      </w:r>
      <w:r>
        <w:rPr>
          <w:rFonts w:ascii="Times New Roman" w:hAnsi="Times New Roman" w:eastAsia="Times New Roman" w:cs="Times New Roman"/>
          <w:sz w:val="24"/>
        </w:rPr>
        <w:t>[NAME OF PRINCIPAL]</w:t>
      </w:r>
      <w:r>
        <w:rPr>
          <w:rFonts w:ascii="Times New Roman" w:hAnsi="Times New Roman" w:eastAsia="Times New Roman" w:cs="Times New Roman"/>
          <w:sz w:val="24"/>
        </w:rPr>
        <w:t>.</w:t>
      </w:r>
    </w:p>
    <w:p>
      <w:pPr>
        <w:spacing w:before="9" w:after="0"/>
      </w:pPr>
    </w:p>
    <w:p>
      <w:pPr/>
      <w:r>
        <w:rPr>
          <w:rFonts w:ascii="Times New Roman" w:hAnsi="Times New Roman" w:eastAsia="Times New Roman" w:cs="Times New Roman"/>
          <w:sz w:val="24"/>
        </w:rPr>
        <w:t xml:space="preserve">WITNESS </w:t>
      </w:r>
      <w:r>
        <w:rPr>
          <w:rFonts w:ascii="Times New Roman" w:hAnsi="Times New Roman" w:eastAsia="Times New Roman" w:cs="Times New Roman"/>
          <w:sz w:val="24"/>
        </w:rPr>
        <w:t xml:space="preserve">my </w:t>
      </w:r>
      <w:r>
        <w:rPr>
          <w:rFonts w:ascii="Times New Roman" w:hAnsi="Times New Roman" w:eastAsia="Times New Roman" w:cs="Times New Roman"/>
          <w:sz w:val="24"/>
        </w:rPr>
        <w:t>hand and official</w:t>
      </w:r>
      <w:r>
        <w:rPr>
          <w:rFonts w:ascii="Times New Roman" w:hAnsi="Times New Roman" w:eastAsia="Times New Roman" w:cs="Times New Roman"/>
          <w:sz w:val="24"/>
        </w:rPr>
        <w:t xml:space="preserve"> </w:t>
      </w:r>
      <w:r>
        <w:rPr>
          <w:rFonts w:ascii="Times New Roman" w:hAnsi="Times New Roman" w:eastAsia="Times New Roman" w:cs="Times New Roman"/>
          <w:sz w:val="24"/>
        </w:rPr>
        <w:t>seal.</w:t>
      </w:r>
    </w:p>
    <w:p>
      <w:pPr/>
    </w:p>
    <w:p>
      <w:pPr/>
    </w:p>
    <w:p>
      <w:pPr/>
    </w:p>
    <w:p>
      <w:pPr/>
    </w:p>
    <w:p>
      <w:pPr>
        <w:spacing w:before="5" w:after="0"/>
      </w:pPr>
      <w:r>
        <w:rPr>
          <w:rFonts w:ascii="Times New Roman" w:hAnsi="Times New Roman" w:eastAsia="Times New Roman" w:cs="Times New Roman"/>
          <w:sz w:val="24"/>
        </w:rPr>
        <w:tab/>
        <w:tab/>
        <w:tab/>
        <w:tab/>
      </w: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r>
    </w:p>
    <w:p>
      <w:pPr>
        <w:spacing w:line="20" w:lineRule="exact"/>
      </w:pPr>
    </w:p>
    <w:p>
      <w:pPr>
        <w:spacing w:line="310" w:lineRule="exact"/>
      </w:pPr>
      <w:r>
        <w:rPr>
          <w:rFonts w:ascii="Times New Roman" w:hAnsi="Times New Roman" w:eastAsia="Times New Roman" w:cs="Times New Roman"/>
          <w:sz w:val="24"/>
        </w:rPr>
        <w:t>Notary</w:t>
      </w:r>
      <w:r>
        <w:rPr>
          <w:rFonts w:ascii="Times New Roman" w:hAnsi="Times New Roman" w:eastAsia="Times New Roman" w:cs="Times New Roman"/>
          <w:sz w:val="24"/>
        </w:rPr>
        <w:t xml:space="preserve"> </w:t>
      </w:r>
      <w:r>
        <w:rPr>
          <w:rFonts w:ascii="Times New Roman" w:hAnsi="Times New Roman" w:eastAsia="Times New Roman" w:cs="Times New Roman"/>
          <w:sz w:val="24"/>
        </w:rPr>
        <w:t>Public</w:t>
      </w:r>
    </w:p>
    <w:p>
      <w:pPr/>
    </w:p>
    <w:p>
      <w:pPr/>
    </w:p>
    <w:p>
      <w:pPr>
        <w:spacing w:before="182" w:after="0"/>
      </w:pPr>
      <w:r>
        <w:rPr>
          <w:rFonts w:ascii="Times New Roman" w:hAnsi="Times New Roman" w:eastAsia="Times New Roman" w:cs="Times New Roman"/>
          <w:sz w:val="24"/>
        </w:rPr>
        <w:t>My commission</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expires: </w:t>
      </w:r>
      <w:r>
        <w:rPr>
          <w:rFonts w:ascii="Times New Roman" w:hAnsi="Times New Roman" w:eastAsia="Times New Roman" w:cs="Times New Roman"/>
          <w:sz w:val="24"/>
        </w:rPr>
        <w:t>[DATE NOTARY COMMISSION EXPIRES]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