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WYOMING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Wyoming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