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Wyoming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Wyoming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