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WYOMING</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Wyoming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Wyoming.</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